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AI OPERATORS MANIFESTO</w:t>
      </w:r>
    </w:p>
    <w:p>
      <w:r/>
      <w:r>
        <w:rPr>
          <w:b/>
        </w:rPr>
        <w:t>Every CEO Bought an AI Tool. What They Didn't Buy Was Someone Who Knows How to Operate It.</w:t>
      </w:r>
      <w:r/>
    </w:p>
    <w:p>
      <w:r/>
      <w:r>
        <w:rPr>
          <w:b/>
        </w:rPr>
        <w:t>Why the AI Consultant and the AI Arbitrage Reseller Are Both Already Dead.</w:t>
      </w:r>
      <w:r/>
    </w:p>
    <w:p>
      <w:r/>
      <w:r>
        <w:rPr>
          <w:b/>
        </w:rPr>
        <w:t>Why the Fractional AI Officer Is the Only Path Left Standing.</w:t>
      </w:r>
      <w:r/>
    </w:p>
    <w:p>
      <w:r>
        <w:t>By DC Fawcett</w:t>
      </w:r>
    </w:p>
    <w:p>
      <w:r>
        <w:t>Founder, AI Operators</w:t>
      </w:r>
    </w:p>
    <w:p>
      <w:r>
        <w:t>5th Generation Direct Response Marketer · 150-Year Advertising Lineage · From JWT to AI Operators</w:t>
      </w:r>
    </w:p>
    <w:p>
      <w:r/>
      <w:r>
        <w:rPr>
          <w:b/>
        </w:rPr>
        <w:t>Version 6.1 | October 2026</w:t>
      </w:r>
      <w:r/>
    </w:p>
    <w:p>
      <w:pPr>
        <w:pStyle w:val="Heading1"/>
      </w:pPr>
      <w:r>
        <w:t>FOREWORD</w:t>
      </w:r>
    </w:p>
    <w:p>
      <w:r>
        <w:t>My family has been in advertising for five generations.</w:t>
      </w:r>
    </w:p>
    <w:p>
      <w:r>
        <w:t>Different media. Different machines. The same question: how do you turn attention into a customer?</w:t>
      </w:r>
    </w:p>
    <w:p>
      <w:r>
        <w:t>My own work spans 18 years, $350M+ in client revenue generated, $50M+ in tested ad spend and 1,791+ published books. That's historical experience, not a forecast of what you'll earn.</w:t>
      </w:r>
    </w:p>
    <w:p>
      <w:r>
        <w:t>I've watched tools get cheaper while the responsibility for producing a result stays expensive.</w:t>
      </w:r>
    </w:p>
    <w:p>
      <w:r>
        <w:t>The names change. The screens change. The business owner still needs somebody who knows what to do with the machinery.</w:t>
      </w:r>
    </w:p>
    <w:p>
      <w:r>
        <w:t>That is the distinction this manifesto is built on. Not another collection of tools. A professional who operates the customer-acquisition system and answers for what it does.</w:t>
      </w:r>
    </w:p>
    <w:p>
      <w:r>
        <w:t>This document is about the layer above AI.</w:t>
      </w:r>
    </w:p>
    <w:p>
      <w:r>
        <w:t>It's not a sales letter. It's not a product pitch. It's a wake-up call written for one specific reader: the operator who spent the last 18-24 months chasing AI tools, building AI agencies, white-labeling AI software, or trying to become an "AI consultant," and who has sensed, somewhere underneath the noise, that the entire model is dying underneath them.</w:t>
      </w:r>
    </w:p>
    <w:p>
      <w:r>
        <w:t>It is dying. I'll show you why. I'll name the exact mechanisms that are killing it.</w:t>
      </w:r>
    </w:p>
    <w:p>
      <w:r>
        <w:t xml:space="preserve">Then I'll show you the third path, the </w:t>
      </w:r>
      <w:r>
        <w:rPr>
          <w:b/>
        </w:rPr>
        <w:t>Fractional AI Officer model</w:t>
      </w:r>
      <w:r>
        <w:t>, and the operating system AI Operators built for the operators who choose it.</w:t>
      </w:r>
    </w:p>
    <w:p>
      <w:r>
        <w:t>Let me tell you what I know about you.</w:t>
      </w:r>
    </w:p>
    <w:p>
      <w:r>
        <w:t>It's 3:17 AM.</w:t>
      </w:r>
    </w:p>
    <w:p>
      <w:r>
        <w:t>You can't sleep. Again.</w:t>
      </w:r>
    </w:p>
    <w:p>
      <w:r>
        <w:t>You're sitting in your home office in the dark, staring at your laptop screen. Your spouse is asleep. The house is silent except for the hum of the refrigerator.</w:t>
      </w:r>
    </w:p>
    <w:p>
      <w:r>
        <w:t xml:space="preserve">You're probably </w:t>
      </w:r>
      <w:r>
        <w:rPr>
          <w:b/>
        </w:rPr>
        <w:t>between 35 and 52 years old</w:t>
      </w:r>
      <w:r>
        <w:t>. You might be in corporate right now, Director, VP, Senior Manager, making somewhere between $100K and $200K. On paper, you're "successful." Your parents brag about you. Your LinkedIn looks impressive.</w:t>
      </w:r>
    </w:p>
    <w:p>
      <w:r>
        <w:t>But you're dying inside.</w:t>
      </w:r>
    </w:p>
    <w:p>
      <w:r>
        <w:t>Every Zoom meeting is another piece of your soul getting chipped away. Every time your VP takes credit for your work, you die a little more. Every Sunday night, you get that sick feeling in your stomach.</w:t>
      </w:r>
    </w:p>
    <w:p>
      <w:r>
        <w:t>Or maybe you already took the leap. You left corporate. Started an agency. A consulting business. You hustled. You grinded. And now you're making $50K-$150K/year working 70 hours a week, watching clients churn every 6 months, and wondering if you just traded one prison for another.</w:t>
      </w:r>
    </w:p>
    <w:p>
      <w:r>
        <w:t>Either way, you found AI.</w:t>
      </w:r>
    </w:p>
    <w:p>
      <w:r>
        <w:t>You've been researching for months. Maybe longer. Late-night YouTube videos. Twitter threads at midnight. You've bookmarked 47 articles. You bought two courses you haven't finished.</w:t>
      </w:r>
    </w:p>
    <w:p>
      <w:r>
        <w:t>You know there's an opportunity here. You can feel it.</w:t>
      </w:r>
    </w:p>
    <w:p>
      <w:r>
        <w:t>But you're paralyzed.</w:t>
      </w:r>
    </w:p>
    <w:p>
      <w:r>
        <w:t>And deep down, you're terrified of one thing:</w:t>
      </w:r>
    </w:p>
    <w:p>
      <w:r/>
      <w:r>
        <w:rPr>
          <w:b/>
        </w:rPr>
        <w:t>What if you try and fail?</w:t>
      </w:r>
      <w:r/>
    </w:p>
    <w:p>
      <w:r>
        <w:t>What if you quit your $150K job and it doesn't work?</w:t>
      </w:r>
    </w:p>
    <w:p>
      <w:r>
        <w:t>What if you pivot your agency and the AI thing is just hype?</w:t>
      </w:r>
    </w:p>
    <w:p>
      <w:r>
        <w:t>What if you're too old, too late, not smart enough?</w:t>
      </w:r>
    </w:p>
    <w:p>
      <w:r>
        <w:t>What if everyone was right, your dad, your spouse's parents, your old colleagues, and you're just another cautionary tale?</w:t>
      </w:r>
    </w:p>
    <w:p>
      <w:r>
        <w:t>Here's what I'm going to tell you:</w:t>
      </w:r>
    </w:p>
    <w:p>
      <w:r/>
      <w:r>
        <w:rPr>
          <w:b/>
        </w:rPr>
        <w:t>You're not crazy.</w:t>
      </w:r>
      <w:r/>
    </w:p>
    <w:p>
      <w:r/>
      <w:r>
        <w:rPr>
          <w:b/>
        </w:rPr>
        <w:t>You're not late.</w:t>
      </w:r>
      <w:r/>
    </w:p>
    <w:p>
      <w:r/>
      <w:r>
        <w:rPr>
          <w:b/>
        </w:rPr>
        <w:t>And you're not alone.</w:t>
      </w:r>
      <w:r/>
    </w:p>
    <w:p>
      <w:r>
        <w:t>I've been exactly where you are. Three times.</w:t>
      </w:r>
    </w:p>
    <w:p>
      <w:r>
        <w:t>Made millions. Lost millions. Made it back.</w:t>
      </w:r>
    </w:p>
    <w:p>
      <w:r>
        <w:t>Each time, I thought it was over. Each time, I had to rebuild from zero. Each time, people told me: "Maybe you should get a real job."</w:t>
      </w:r>
    </w:p>
    <w:p>
      <w:r>
        <w:t>But I didn't.</w:t>
      </w:r>
    </w:p>
    <w:p>
      <w:r/>
      <w:r>
        <w:rPr>
          <w:b/>
        </w:rPr>
        <w:t>"I've made millions and I've lost millions, three times. And yeah, it's better to have millions. But here's what nobody tells you: the real gift isn't the money. It's staring at a zero balance with a family counting on you, creditors circling, and your ego in a body bag, and STILL knowing, in your bones, that you're going to build it all back. Once you've died those deaths and resurrected yourself? Fear doesn't live here anymore. YOU become the asset no recession, no failure, no setback can kill."</w:t>
      </w:r>
      <w:r/>
    </w:p>
    <w:p>
      <w:r>
        <w:t>That's who I am.</w:t>
      </w:r>
    </w:p>
    <w:p>
      <w:r>
        <w:t>Not a 23-year-old Twitter guru who's never had a real job.</w:t>
      </w:r>
    </w:p>
    <w:p>
      <w:r>
        <w:t>Not a course creator who makes money selling courses (not running businesses).</w:t>
      </w:r>
    </w:p>
    <w:p>
      <w:r>
        <w:t>Let me tell you something about failure that nobody else will:</w:t>
      </w:r>
    </w:p>
    <w:p>
      <w:r/>
      <w:r>
        <w:rPr>
          <w:b/>
        </w:rPr>
        <w:t>Failure is the best thing that can happen to you.</w:t>
      </w:r>
      <w:r/>
    </w:p>
    <w:p>
      <w:r>
        <w:t>Not because "failure builds character" or some Instagram motivational bullshit.</w:t>
      </w:r>
    </w:p>
    <w:p>
      <w:r>
        <w:t>But because failure kills the fear of failure.</w:t>
      </w:r>
    </w:p>
    <w:p>
      <w:r/>
      <w:r>
        <w:rPr>
          <w:b/>
        </w:rPr>
        <w:t>And here's the secret:</w:t>
      </w:r>
      <w:r/>
    </w:p>
    <w:p>
      <w:r>
        <w:t>You don't need to be a genius. You don't need to be "special."</w:t>
      </w:r>
    </w:p>
    <w:p>
      <w:r>
        <w:t xml:space="preserve">You just need to be </w:t>
      </w:r>
      <w:r>
        <w:rPr>
          <w:b/>
        </w:rPr>
        <w:t>unemployable in the right way</w:t>
      </w:r>
      <w:r>
        <w:t>.</w:t>
      </w:r>
    </w:p>
    <w:p>
      <w:r>
        <w:t>You need to be someone who can't stand the idea of building someone else's dream.</w:t>
      </w:r>
    </w:p>
    <w:p>
      <w:r>
        <w:t>You need to be someone who looks at a 9-5 and thinks:</w:t>
      </w:r>
    </w:p>
    <w:p>
      <w:r/>
      <w:r>
        <w:rPr>
          <w:i/>
        </w:rPr>
        <w:t>"I'd rather die than spend another 20 years doing this."</w:t>
      </w:r>
      <w:r/>
    </w:p>
    <w:p>
      <w:r>
        <w:t>This is why the AI Operator exists.</w:t>
      </w:r>
    </w:p>
    <w:p>
      <w:r>
        <w:t>Not as another escape fantasy. Not as a guru pitch wrapped in new language. As the rational next move for the directors, VPs, agency owners, and senior operators who spent decades mastering how businesses grow, and now need a vehicle that matches the scale of what they know.</w:t>
      </w:r>
    </w:p>
    <w:p>
      <w:r/>
      <w:r>
        <w:rPr>
          <w:b/>
        </w:rPr>
        <w:t>One sentence to write down before you read another word:</w:t>
      </w:r>
      <w:r/>
    </w:p>
    <w:p>
      <w:r>
        <w:t xml:space="preserve">&gt; </w:t>
      </w:r>
      <w:r>
        <w:rPr>
          <w:b/>
        </w:rPr>
        <w:t>AI commoditizes tools. Operating someone else's customer-acquisition system is a position no commodity can take.</w:t>
      </w:r>
      <w:r/>
    </w:p>
    <w:p>
      <w:r>
        <w:t>That sentence is the manifesto. Every page that follows defends it.</w:t>
      </w:r>
    </w:p>
    <w:p>
      <w:r>
        <w:t>DC Fawcett</w:t>
      </w:r>
    </w:p>
    <w:p>
      <w:r>
        <w:t>Tampa, Florida</w:t>
      </w:r>
    </w:p>
    <w:p>
      <w:r>
        <w:t>October 2026</w:t>
      </w:r>
    </w:p>
    <w:p>
      <w:pPr>
        <w:pStyle w:val="Heading1"/>
      </w:pPr>
      <w:r>
        <w:t>TABLE OF CONTENTS</w:t>
      </w:r>
    </w:p>
    <w:p>
      <w:r>
        <w:t>1. The Anti-Manifesto. Why I'm Writing AGAINST Five Paths Before I Tell You What to Do</w:t>
      </w:r>
    </w:p>
    <w:p>
      <w:r>
        <w:t>2. A Day in the Life of a Fractional AI Officer</w:t>
      </w:r>
    </w:p>
    <w:p>
      <w:r>
        <w:t>3. The Structural Lock-In Math</w:t>
      </w:r>
    </w:p>
    <w:p>
      <w:r>
        <w:t>4. The Fractional AI Officer Model. A Category Emerging On Schedule</w:t>
      </w:r>
    </w:p>
    <w:p>
      <w:r>
        <w:t>5. The Six-Tier Offer and the Right Fit</w:t>
      </w:r>
    </w:p>
    <w:p>
      <w:r>
        <w:t>6. The Differentiating Mechanics. How AIO Is Engineered Differently</w:t>
      </w:r>
    </w:p>
    <w:p>
      <w:r>
        <w:t>7. The Co-Branded Book Program. The Authority Asset</w:t>
      </w:r>
    </w:p>
    <w:p>
      <w:r>
        <w:t>8. Why This Works When Other Models Fail</w:t>
      </w:r>
    </w:p>
    <w:p>
      <w:r>
        <w:t>9. What Happens Next</w:t>
      </w:r>
    </w:p>
    <w:p>
      <w:r>
        <w:t>10. The Choice, and the One Sentence (The Master Belief)</w:t>
      </w:r>
    </w:p>
    <w:p>
      <w:pPr>
        <w:pStyle w:val="ListBullet"/>
      </w:pPr>
      <w:r/>
      <w:r>
        <w:rPr>
          <w:b/>
        </w:rPr>
        <w:t>Appendix A:</w:t>
      </w:r>
      <w:r>
        <w:t xml:space="preserve"> Capacity and Evidence</w:t>
      </w:r>
    </w:p>
    <w:p>
      <w:pPr>
        <w:pStyle w:val="ListBullet"/>
      </w:pPr>
      <w:r/>
      <w:r>
        <w:rPr>
          <w:b/>
        </w:rPr>
        <w:t>Appendix B:</w:t>
      </w:r>
      <w:r>
        <w:t xml:space="preserve"> What AIO Will Never Become</w:t>
      </w:r>
    </w:p>
    <w:p>
      <w:pPr>
        <w:pStyle w:val="ListBullet"/>
      </w:pPr>
      <w:r/>
      <w:r>
        <w:rPr>
          <w:b/>
        </w:rPr>
        <w:t>Appendix C:</w:t>
      </w:r>
      <w:r>
        <w:t xml:space="preserve"> Questions a Serious Operator Should Ask</w:t>
      </w:r>
    </w:p>
    <w:p>
      <w:pPr>
        <w:pStyle w:val="Heading1"/>
      </w:pPr>
      <w:r>
        <w:t>1. THE ANTI-MANIFESTO. WHY I'M WRITING AGAINST FIVE PATHS BEFORE I TELL YOU WHAT TO DO</w:t>
      </w:r>
    </w:p>
    <w:p>
      <w:r>
        <w:t>Most manifestos open by selling you something. This one opens by killing five things you might otherwise do, so the path that survives is the one I actually believe in.</w:t>
      </w:r>
    </w:p>
    <w:p>
      <w:r/>
      <w:r>
        <w:rPr>
          <w:b/>
        </w:rPr>
        <w:t>Fair warning:</w:t>
      </w:r>
      <w:r/>
    </w:p>
    <w:p>
      <w:r>
        <w:t>This will piss some people off. It's going to challenge everything you think you know about "starting an AI business."</w:t>
      </w:r>
    </w:p>
    <w:p>
      <w:r>
        <w:t>If you're looking for get-rich-quick, close this now.</w:t>
      </w:r>
    </w:p>
    <w:p>
      <w:r>
        <w:t>If you want to stay a generalist "AI consultant," close this now.</w:t>
      </w:r>
    </w:p>
    <w:p>
      <w:r>
        <w:t>If you're reading this, you've probably considered or are currently running one of five businesses. I'm going to take each one apart honestly. Watch which one is still standing at the end.</w:t>
      </w:r>
    </w:p>
    <w:p>
      <w:pPr>
        <w:pStyle w:val="Heading2"/>
      </w:pPr>
      <w:r>
        <w:t>Path 1: The AI Consultant</w:t>
      </w:r>
    </w:p>
    <w:p>
      <w:r>
        <w:t>You diagnose the SMB's AI problem. You write a 40-page report. You collect a fee. You walk away.</w:t>
      </w:r>
    </w:p>
    <w:p>
      <w:r/>
      <w:r>
        <w:rPr>
          <w:b/>
        </w:rPr>
        <w:t>Why it's under pressure:</w:t>
      </w:r>
      <w:r>
        <w:t xml:space="preserve"> AI can accelerate parts of the analysis work. If a client can get a useful draft without buying hours of your time, a report alone becomes harder to defend. Your judgment, implementation and accountability have to be worth more than the document.</w:t>
      </w:r>
    </w:p>
    <w:p>
      <w:r/>
      <w:r>
        <w:rPr>
          <w:b/>
        </w:rPr>
        <w:t>What can replace a report-only service:</w:t>
      </w:r>
      <w:r>
        <w:t xml:space="preserve"> A founder who learns enough to produce a useful first draft with the tools already available. That doesn't make every consultant obsolete. It changes what a serious consultant has to deliver.</w:t>
      </w:r>
    </w:p>
    <w:p>
      <w:r/>
      <w:r>
        <w:rPr>
          <w:b/>
        </w:rPr>
        <w:t>The pressure on your price:</w:t>
      </w:r>
      <w:r>
        <w:t xml:space="preserve"> If a client can get a useful first draft in minutes, you need a better reason to charge than the time you spent producing yours. Judgment, implementation and responsibility for the outcome are that reason.</w:t>
      </w:r>
    </w:p>
    <w:p>
      <w:pPr>
        <w:pStyle w:val="Heading2"/>
      </w:pPr>
      <w:r>
        <w:t>Path 2: The AI Arbitrage Reseller</w:t>
      </w:r>
    </w:p>
    <w:p>
      <w:r>
        <w:t>White-label a third-party AI tool. Slap your brand on it. Charge $297/month. Provide zero fulfillment. Hope the customer doesn't realize they can buy the same tool direct for $97/month.</w:t>
      </w:r>
    </w:p>
    <w:p>
      <w:r/>
      <w:r>
        <w:rPr>
          <w:b/>
        </w:rPr>
        <w:t>Why it's dying:</w:t>
      </w:r>
      <w:r>
        <w:t xml:space="preserve"> The SMB discovers in 30-60 days that they can't use the tool you sold them. Or they discover they can buy it direct for one-tenth your price. Or both. Churn on this model is high enough that there's no defensible economic engine underneath it.</w:t>
      </w:r>
    </w:p>
    <w:p>
      <w:r/>
      <w:r>
        <w:rPr>
          <w:b/>
        </w:rPr>
        <w:t>What replaces you:</w:t>
      </w:r>
      <w:r>
        <w:t xml:space="preserve"> Direct vendor relationships. The platforms you resell are already building self-service onboarding to bypass you entirely.</w:t>
      </w:r>
    </w:p>
    <w:p>
      <w:r/>
      <w:r>
        <w:rPr>
          <w:b/>
        </w:rPr>
        <w:t>The honest math:</w:t>
      </w:r>
      <w:r>
        <w:t xml:space="preserve"> In a simple illustration, two paid months at $297 produce $594 in revenue. Subtract a $400 acquisition cost and you have $194 before software, support, payment fees and other expenses. That is not a demonstrated loss, and it is not much room for a business that has to keep replacing customers.</w:t>
      </w:r>
    </w:p>
    <w:p>
      <w:pPr>
        <w:pStyle w:val="Heading2"/>
      </w:pPr>
      <w:r>
        <w:t>Path 3: The AI Agency</w:t>
      </w:r>
    </w:p>
    <w:p>
      <w:r>
        <w:t>You build websites and run ads using AI tools internally for efficiency. You position yourself as "AI-powered" to charge premium prices. You operate with 1-3 employees and serve 10-15 clients on retainer.</w:t>
      </w:r>
    </w:p>
    <w:p>
      <w:r/>
      <w:r>
        <w:rPr>
          <w:b/>
        </w:rPr>
        <w:t>Why it's dying:</w:t>
      </w:r>
      <w:r>
        <w:t xml:space="preserve"> This is the strongest of the five, and it'll survive longer than the others. But the moat is shrinking by the week. Every other agency just bought the same AI tools you did. Differentiation collapses to project management and client relationships, both of which are also being automated. The "AI-powered" premium becomes a commodity premium inside 18 months.</w:t>
      </w:r>
    </w:p>
    <w:p>
      <w:r/>
      <w:r>
        <w:rPr>
          <w:b/>
        </w:rPr>
        <w:t>What replaces you:</w:t>
      </w:r>
      <w:r>
        <w:t xml:space="preserve"> Either AI-native fractional teams with 10x the leverage per operator, or the SMB just hires the freelancer you were marking up.</w:t>
      </w:r>
    </w:p>
    <w:p>
      <w:r/>
      <w:r>
        <w:rPr>
          <w:b/>
        </w:rPr>
        <w:t>The economic pressure:</w:t>
      </w:r>
      <w:r>
        <w:t xml:space="preserve"> If the tools that justified your premium become common, the premium needs a new foundation. You can compete on scale or become more valuable by operating the system inside the client's business. Neither route is automatic.</w:t>
      </w:r>
    </w:p>
    <w:p>
      <w:r>
        <w:t>#### The Typical AI Agency Death Spiral</w:t>
      </w:r>
    </w:p>
    <w:p>
      <w:r>
        <w:t>Let me tell you a story.</w:t>
      </w:r>
    </w:p>
    <w:p>
      <w:r>
        <w:t>Maybe it's your story.</w:t>
      </w:r>
    </w:p>
    <w:p>
      <w:r/>
      <w:r>
        <w:rPr>
          <w:b/>
        </w:rPr>
        <w:t>MONTH 1: THE LAUNCH</w:t>
      </w:r>
      <w:r/>
    </w:p>
    <w:p>
      <w:r/>
      <w:r>
        <w:rPr>
          <w:i/>
        </w:rPr>
        <w:t>The following is an illustrative failure scenario. The client dialogue, figures and timeline are fictional, not a customer case study or a prediction that every agency will fail.</w:t>
      </w:r>
      <w:r/>
    </w:p>
    <w:p>
      <w:r>
        <w:t>You discover ChatGPT. Mind blown.</w:t>
      </w:r>
    </w:p>
    <w:p>
      <w:r>
        <w:t xml:space="preserve">You watch a YouTube video: </w:t>
      </w:r>
      <w:r>
        <w:rPr>
          <w:i/>
        </w:rPr>
        <w:t>"How to Start an AI Agency in 30 Days"</w:t>
      </w:r>
      <w:r/>
    </w:p>
    <w:p>
      <w:r>
        <w:t xml:space="preserve">You think: </w:t>
      </w:r>
      <w:r>
        <w:rPr>
          <w:i/>
        </w:rPr>
        <w:t>"I can do this."</w:t>
      </w:r>
      <w:r/>
    </w:p>
    <w:p>
      <w:r>
        <w:t>You spend a weekend:</w:t>
      </w:r>
    </w:p>
    <w:p>
      <w:pPr>
        <w:pStyle w:val="ListBullet"/>
      </w:pPr>
      <w:r>
        <w:t>Creating a website</w:t>
      </w:r>
    </w:p>
    <w:p>
      <w:pPr>
        <w:pStyle w:val="ListBullet"/>
      </w:pPr>
      <w:r>
        <w:t>Writing a LinkedIn bio ("AI Consultant | Helping Businesses Scale with AI")</w:t>
      </w:r>
    </w:p>
    <w:p>
      <w:pPr>
        <w:pStyle w:val="ListBullet"/>
      </w:pPr>
      <w:r>
        <w:t>Drafting a cold outreach script</w:t>
      </w:r>
    </w:p>
    <w:p>
      <w:pPr>
        <w:pStyle w:val="ListBullet"/>
      </w:pPr>
      <w:r>
        <w:t>Joining 5 Facebook groups</w:t>
      </w:r>
    </w:p>
    <w:p>
      <w:r>
        <w:t>You're excited. You're motivated. You're ready.</w:t>
      </w:r>
    </w:p>
    <w:p>
      <w:r/>
      <w:r>
        <w:rPr>
          <w:b/>
        </w:rPr>
        <w:t>MONTH 2: THE FIRST CLIENT</w:t>
      </w:r>
      <w:r/>
    </w:p>
    <w:p>
      <w:r>
        <w:t>You send 200 cold emails.</w:t>
      </w:r>
    </w:p>
    <w:p>
      <w:r>
        <w:t>You get 5 responses.</w:t>
      </w:r>
    </w:p>
    <w:p>
      <w:r>
        <w:t>You land your first client!</w:t>
      </w:r>
    </w:p>
    <w:p>
      <w:r/>
      <w:r>
        <w:rPr>
          <w:b/>
        </w:rPr>
        <w:t>They pay you $3,000/month</w:t>
      </w:r>
      <w:r>
        <w:t xml:space="preserve"> to "help with AI."</w:t>
      </w:r>
    </w:p>
    <w:p>
      <w:r>
        <w:t>You deliver:</w:t>
      </w:r>
    </w:p>
    <w:p>
      <w:pPr>
        <w:pStyle w:val="ListBullet"/>
      </w:pPr>
      <w:r>
        <w:t>20 social media posts (written with ChatGPT)</w:t>
      </w:r>
    </w:p>
    <w:p>
      <w:pPr>
        <w:pStyle w:val="ListBullet"/>
      </w:pPr>
      <w:r>
        <w:t>5 blog articles (researched with AI)</w:t>
      </w:r>
    </w:p>
    <w:p>
      <w:pPr>
        <w:pStyle w:val="ListBullet"/>
      </w:pPr>
      <w:r>
        <w:t>1 chatbot for their website (built with a template)</w:t>
      </w:r>
    </w:p>
    <w:p>
      <w:r>
        <w:t xml:space="preserve">Client is happy: </w:t>
      </w:r>
      <w:r>
        <w:rPr>
          <w:i/>
        </w:rPr>
        <w:t>"This is great! You're saving us so much time!"</w:t>
      </w:r>
      <w:r/>
    </w:p>
    <w:p>
      <w:r>
        <w:t xml:space="preserve">You're happy: </w:t>
      </w:r>
      <w:r>
        <w:rPr>
          <w:i/>
        </w:rPr>
        <w:t>"I'm making $3K/month!"</w:t>
      </w:r>
      <w:r/>
    </w:p>
    <w:p>
      <w:r/>
      <w:r>
        <w:rPr>
          <w:b/>
        </w:rPr>
        <w:t>MONTH 3-4: THE FALSE SUMMIT</w:t>
      </w:r>
      <w:r/>
    </w:p>
    <w:p>
      <w:r>
        <w:t>You land 2 more clients using the same process.</w:t>
      </w:r>
    </w:p>
    <w:p>
      <w:r/>
      <w:r>
        <w:rPr>
          <w:b/>
        </w:rPr>
        <w:t>Now you're at $9,000/month.</w:t>
      </w:r>
      <w:r/>
    </w:p>
    <w:p>
      <w:r>
        <w:t xml:space="preserve">You think: </w:t>
      </w:r>
      <w:r>
        <w:rPr>
          <w:i/>
        </w:rPr>
        <w:t>"This is easy! I'll be at $20K/month by Q2!"</w:t>
      </w:r>
      <w:r/>
    </w:p>
    <w:p>
      <w:r>
        <w:t>But something's happening under the surface.</w:t>
      </w:r>
    </w:p>
    <w:p>
      <w:r>
        <w:t xml:space="preserve">You're working </w:t>
      </w:r>
      <w:r>
        <w:rPr>
          <w:b/>
        </w:rPr>
        <w:t>60 hours/week</w:t>
      </w:r>
      <w:r>
        <w:t>.</w:t>
      </w:r>
    </w:p>
    <w:p>
      <w:r>
        <w:t>Your clients are starting to ask questions:</w:t>
      </w:r>
    </w:p>
    <w:p>
      <w:pPr>
        <w:pStyle w:val="ListBullet"/>
      </w:pPr>
      <w:r>
        <w:t>"Can you show me how this is helping our revenue?"</w:t>
      </w:r>
    </w:p>
    <w:p>
      <w:pPr>
        <w:pStyle w:val="ListBullet"/>
      </w:pPr>
      <w:r>
        <w:t>"What's our ROI on this?"</w:t>
      </w:r>
    </w:p>
    <w:p>
      <w:pPr>
        <w:pStyle w:val="ListBullet"/>
      </w:pPr>
      <w:r>
        <w:t>"Are we getting more customers from this?"</w:t>
      </w:r>
    </w:p>
    <w:p>
      <w:r>
        <w:t>You don't have good answers.</w:t>
      </w:r>
    </w:p>
    <w:p>
      <w:r>
        <w:t>You scramble. You add more tactics:</w:t>
      </w:r>
    </w:p>
    <w:p>
      <w:pPr>
        <w:pStyle w:val="ListBullet"/>
      </w:pPr>
      <w:r>
        <w:t>More blog posts</w:t>
      </w:r>
    </w:p>
    <w:p>
      <w:pPr>
        <w:pStyle w:val="ListBullet"/>
      </w:pPr>
      <w:r>
        <w:t>More social media</w:t>
      </w:r>
    </w:p>
    <w:p>
      <w:pPr>
        <w:pStyle w:val="ListBullet"/>
      </w:pPr>
      <w:r>
        <w:t>A second chatbot</w:t>
      </w:r>
    </w:p>
    <w:p>
      <w:pPr>
        <w:pStyle w:val="ListBullet"/>
      </w:pPr>
      <w:r>
        <w:t>Email automation</w:t>
      </w:r>
    </w:p>
    <w:p>
      <w:r>
        <w:t>You're drowning in deliverables.</w:t>
      </w:r>
    </w:p>
    <w:p>
      <w:r/>
      <w:r>
        <w:rPr>
          <w:b/>
        </w:rPr>
        <w:t>MONTH 5-6: THE CRACKS</w:t>
      </w:r>
      <w:r/>
    </w:p>
    <w:p>
      <w:r>
        <w:t xml:space="preserve">One client asks: </w:t>
      </w:r>
      <w:r>
        <w:rPr>
          <w:i/>
        </w:rPr>
        <w:t>"How many NEW CUSTOMERS did we get from your work?"</w:t>
      </w:r>
      <w:r/>
    </w:p>
    <w:p>
      <w:r>
        <w:t>You don't know.</w:t>
      </w:r>
    </w:p>
    <w:p>
      <w:r>
        <w:t xml:space="preserve">You fumble: </w:t>
      </w:r>
      <w:r>
        <w:rPr>
          <w:i/>
        </w:rPr>
        <w:t>"Well, your engagement is up 40%..."</w:t>
      </w:r>
      <w:r/>
    </w:p>
    <w:p>
      <w:r>
        <w:t xml:space="preserve">Client: </w:t>
      </w:r>
      <w:r>
        <w:rPr>
          <w:i/>
        </w:rPr>
        <w:t>"I don't care about engagement. I care about revenue."</w:t>
      </w:r>
      <w:r/>
    </w:p>
    <w:p>
      <w:r>
        <w:t xml:space="preserve">You try to pivot. You promise: </w:t>
      </w:r>
      <w:r>
        <w:rPr>
          <w:i/>
        </w:rPr>
        <w:t>"Let me add some lead gen funnels..."</w:t>
      </w:r>
      <w:r/>
    </w:p>
    <w:p>
      <w:r>
        <w:t>But it's too late.</w:t>
      </w:r>
    </w:p>
    <w:p>
      <w:r/>
      <w:r>
        <w:rPr>
          <w:b/>
        </w:rPr>
        <w:t>Client churns.</w:t>
      </w:r>
      <w:r/>
    </w:p>
    <w:p>
      <w:r>
        <w:t>Now you're down to $6,000/month.</w:t>
      </w:r>
    </w:p>
    <w:p>
      <w:r>
        <w:t>You panic. You send 500 more cold emails.</w:t>
      </w:r>
    </w:p>
    <w:p>
      <w:r>
        <w:t>You're working 70 hours/week just to stay afloat.</w:t>
      </w:r>
    </w:p>
    <w:p>
      <w:r/>
      <w:r>
        <w:rPr>
          <w:b/>
        </w:rPr>
        <w:t>MONTH 7-9: THE DEATH SPIRAL</w:t>
      </w:r>
      <w:r/>
    </w:p>
    <w:p>
      <w:r>
        <w:t>A second client churns.</w:t>
      </w:r>
    </w:p>
    <w:p>
      <w:r/>
      <w:r>
        <w:rPr>
          <w:b/>
        </w:rPr>
        <w:t>Now you're at $3,000/month.</w:t>
      </w:r>
      <w:r/>
    </w:p>
    <w:p>
      <w:r>
        <w:t>You're exhausted. You're burned out. You're starting to think:</w:t>
      </w:r>
    </w:p>
    <w:p>
      <w:r/>
      <w:r>
        <w:rPr>
          <w:i/>
        </w:rPr>
        <w:t>"Maybe this AI thing isn't the opportunity I thought it was."</w:t>
      </w:r>
      <w:r/>
    </w:p>
    <w:p>
      <w:r>
        <w:t xml:space="preserve">Your spouse starts asking: </w:t>
      </w:r>
      <w:r>
        <w:rPr>
          <w:i/>
        </w:rPr>
        <w:t>"Are you sure this is going to work?"</w:t>
      </w:r>
      <w:r/>
    </w:p>
    <w:p>
      <w:r>
        <w:t xml:space="preserve">Your dad (who told you to stay in corporate) says: </w:t>
      </w:r>
      <w:r>
        <w:rPr>
          <w:i/>
        </w:rPr>
        <w:t>"I told you so."</w:t>
      </w:r>
      <w:r/>
    </w:p>
    <w:p>
      <w:r>
        <w:t>You're working 80 hours/week for $3K/month.</w:t>
      </w:r>
    </w:p>
    <w:p>
      <w:r/>
      <w:r>
        <w:rPr>
          <w:b/>
        </w:rPr>
        <w:t>That's about $9 of gross revenue per hour before business expenses</w:t>
      </w:r>
      <w:r>
        <w:t>, using an average month. Revenue isn't your pay.</w:t>
      </w:r>
    </w:p>
    <w:p>
      <w:r>
        <w:t>You could make more working at Starbucks.</w:t>
      </w:r>
    </w:p>
    <w:p>
      <w:r/>
      <w:r>
        <w:rPr>
          <w:b/>
        </w:rPr>
        <w:t>MONTH 10-12: THE END</w:t>
      </w:r>
      <w:r/>
    </w:p>
    <w:p>
      <w:r>
        <w:t>You shut it down.</w:t>
      </w:r>
    </w:p>
    <w:p>
      <w:r>
        <w:t>You go back to your corporate job (if they'll take you back).</w:t>
      </w:r>
    </w:p>
    <w:p>
      <w:r>
        <w:t>Or you pivot to something else.</w:t>
      </w:r>
    </w:p>
    <w:p>
      <w:r>
        <w:t xml:space="preserve">You tell yourself: </w:t>
      </w:r>
      <w:r>
        <w:rPr>
          <w:i/>
        </w:rPr>
        <w:t>"AI was just hype. I was early. The market wasn't ready."</w:t>
      </w:r>
      <w:r/>
    </w:p>
    <w:p>
      <w:r/>
      <w:r>
        <w:rPr>
          <w:b/>
        </w:rPr>
        <w:t>But that's not true.</w:t>
      </w:r>
      <w:r/>
    </w:p>
    <w:p>
      <w:r>
        <w:t>AI wasn't the problem.</w:t>
      </w:r>
    </w:p>
    <w:p>
      <w:r/>
      <w:r>
        <w:rPr>
          <w:b/>
        </w:rPr>
        <w:t>Your positioning was.</w:t>
      </w:r>
      <w:r/>
    </w:p>
    <w:p>
      <w:pPr>
        <w:pStyle w:val="Heading2"/>
      </w:pPr>
      <w:r>
        <w:t>Path 4: The AI SaaS / Productized Tool Builder</w:t>
      </w:r>
    </w:p>
    <w:p>
      <w:r>
        <w:t>You build a single AI-powered tool: a content generator, a lead scorer, a chatbot, a forecasting model. You sell it as a SaaS subscription.</w:t>
      </w:r>
    </w:p>
    <w:p>
      <w:r/>
      <w:r>
        <w:rPr>
          <w:b/>
        </w:rPr>
        <w:t>Why it's vulnerable:</w:t>
      </w:r>
      <w:r>
        <w:t xml:space="preserve"> A narrow feature can become part of a larger platform's included product. Your moat can't rest on the assumption that the feature will stay scarce.</w:t>
      </w:r>
    </w:p>
    <w:p>
      <w:r/>
      <w:r>
        <w:rPr>
          <w:b/>
        </w:rPr>
        <w:t>What replaces you:</w:t>
      </w:r>
      <w:r>
        <w:t xml:space="preserve"> The platforms themselves. By 2027, the standalone AI SaaS category for SMB-grade tools will look like the standalone email-marketing-tool category looked in 2018: a graveyard of companies acquired for talent or shut down.</w:t>
      </w:r>
    </w:p>
    <w:p>
      <w:r/>
      <w:r>
        <w:rPr>
          <w:b/>
        </w:rPr>
        <w:t>The honest test:</w:t>
      </w:r>
      <w:r>
        <w:t xml:space="preserve"> Compare acquisition cost, revenue, gross margin and retention using your actual customers. If you only have a feature and an optimistic spreadsheet, you haven't demonstrated a durable business yet.</w:t>
      </w:r>
    </w:p>
    <w:p>
      <w:pPr>
        <w:pStyle w:val="Heading2"/>
      </w:pPr>
      <w:r>
        <w:t>Path 5: The AI Course Creator / Coach</w:t>
      </w:r>
    </w:p>
    <w:p>
      <w:r>
        <w:t>Look, I get it.</w:t>
      </w:r>
    </w:p>
    <w:p>
      <w:r>
        <w:t>You've been burned by "gurus" before.</w:t>
      </w:r>
    </w:p>
    <w:p>
      <w:r>
        <w:t>You've bought courses that promised "$10K/month in 90 days!" and delivered nothing but generic templates.</w:t>
      </w:r>
    </w:p>
    <w:p>
      <w:r>
        <w:t>Now look at it from the seller's side.</w:t>
      </w:r>
    </w:p>
    <w:p>
      <w:r>
        <w:t>You package what you know about AI into a course. You sell it for $497 to $4,997. You build an audience on LinkedIn or Twitter or YouTube. You speak at AI conferences.</w:t>
      </w:r>
    </w:p>
    <w:p>
      <w:r/>
      <w:r>
        <w:rPr>
          <w:b/>
        </w:rPr>
        <w:t>Why it's under pressure:</w:t>
      </w:r>
      <w:r>
        <w:t xml:space="preserve"> AI information changes quickly, free instruction is abundant and buyers are tired of promises that never become a working system. A course has to earn its price through more than access to information.</w:t>
      </w:r>
    </w:p>
    <w:p>
      <w:r/>
      <w:r>
        <w:rPr>
          <w:b/>
        </w:rPr>
        <w:t>What replaces you:</w:t>
      </w:r>
      <w:r>
        <w:t xml:space="preserve"> Free YouTube. Or AI itself, teaching directly.</w:t>
      </w:r>
    </w:p>
    <w:p>
      <w:r/>
      <w:r>
        <w:rPr>
          <w:b/>
        </w:rPr>
        <w:t>The honest distinction:</w:t>
      </w:r>
      <w:r>
        <w:t xml:space="preserve"> Information can still be worth paying for. But buying information and implementing a working business are different jobs. The operator model is built around the second.</w:t>
      </w:r>
    </w:p>
    <w:p>
      <w:pPr>
        <w:pStyle w:val="Heading2"/>
      </w:pPr>
      <w:r>
        <w:t>What Survives After Killing All Five</w:t>
      </w:r>
    </w:p>
    <w:p>
      <w:r>
        <w:t>Consulting that stops at diagnosis is vulnerable. Reselling access without helping the buyer is vulnerable. An agency has to earn its margin, a software company has to defend its differentiation, and education has to justify its value. The opportunity is to operate what the customer actually needs.</w:t>
      </w:r>
    </w:p>
    <w:p>
      <w:r>
        <w:t>So what survives?</w:t>
      </w:r>
    </w:p>
    <w:p>
      <w:r>
        <w:t>Here's what most people don't understand about AI in business:</w:t>
      </w:r>
    </w:p>
    <w:p>
      <w:r/>
      <w:r>
        <w:rPr>
          <w:b/>
        </w:rPr>
        <w:t>Businesses don't care about AI.</w:t>
      </w:r>
      <w:r/>
    </w:p>
    <w:p>
      <w:r>
        <w:t xml:space="preserve">They care about </w:t>
      </w:r>
      <w:r>
        <w:rPr>
          <w:b/>
        </w:rPr>
        <w:t>NEW CUSTOMERS.</w:t>
      </w:r>
      <w:r/>
    </w:p>
    <w:p>
      <w:r>
        <w:t>Every business owner, whether they run a personal injury law firm, a wealth management practice, or an IUL insurance agency, wakes up with one question burning in their mind:</w:t>
      </w:r>
    </w:p>
    <w:p>
      <w:r/>
      <w:r>
        <w:rPr>
          <w:i/>
        </w:rPr>
        <w:t>"How do I get more customers?"</w:t>
      </w:r>
      <w:r/>
    </w:p>
    <w:p>
      <w:r>
        <w:t>Not "How do I automate my social media?"</w:t>
      </w:r>
    </w:p>
    <w:p>
      <w:r>
        <w:t>Not "How do I build a chatbot?"</w:t>
      </w:r>
    </w:p>
    <w:p>
      <w:r>
        <w:t>Not "How do I use ChatGPT?"</w:t>
      </w:r>
    </w:p>
    <w:p>
      <w:r/>
      <w:r>
        <w:rPr>
          <w:b/>
        </w:rPr>
        <w:t>"How do I get more CUSTOMERS?"</w:t>
      </w:r>
      <w:r/>
    </w:p>
    <w:p>
      <w:r/>
      <w:r>
        <w:rPr>
          <w:b/>
        </w:rPr>
        <w:t>AI Consultants answer with tactics:</w:t>
      </w:r>
      <w:r/>
    </w:p>
    <w:p>
      <w:pPr>
        <w:pStyle w:val="ListBullet"/>
      </w:pPr>
      <w:r>
        <w:t>"I'll automate your social media!"</w:t>
      </w:r>
    </w:p>
    <w:p>
      <w:pPr>
        <w:pStyle w:val="ListBullet"/>
      </w:pPr>
      <w:r>
        <w:t>"I'll build you a chatbot!"</w:t>
      </w:r>
    </w:p>
    <w:p>
      <w:pPr>
        <w:pStyle w:val="ListBullet"/>
      </w:pPr>
      <w:r>
        <w:t>"I'll create AI workflows!"</w:t>
      </w:r>
    </w:p>
    <w:p>
      <w:r>
        <w:t xml:space="preserve">They're selling </w:t>
      </w:r>
      <w:r>
        <w:rPr>
          <w:b/>
        </w:rPr>
        <w:t>tools</w:t>
      </w:r>
      <w:r>
        <w:t xml:space="preserve">. They're selling </w:t>
      </w:r>
      <w:r>
        <w:rPr>
          <w:b/>
        </w:rPr>
        <w:t>activity</w:t>
      </w:r>
      <w:r>
        <w:t>.</w:t>
      </w:r>
    </w:p>
    <w:p>
      <w:r/>
      <w:r>
        <w:rPr>
          <w:b/>
        </w:rPr>
        <w:t>AI Operators answer with outcomes:</w:t>
      </w:r>
      <w:r/>
    </w:p>
    <w:p>
      <w:pPr>
        <w:pStyle w:val="ListBullet"/>
      </w:pPr>
      <w:r>
        <w:t>"I'll control your new client acquisition."</w:t>
      </w:r>
    </w:p>
    <w:p>
      <w:pPr>
        <w:pStyle w:val="ListBullet"/>
      </w:pPr>
      <w:r>
        <w:t>"I'll build you a lead generation system that you can turn ON/OFF like a faucet."</w:t>
      </w:r>
    </w:p>
    <w:p>
      <w:pPr>
        <w:pStyle w:val="ListBullet"/>
      </w:pPr>
      <w:r>
        <w:t>"I'll integrate myself into your revenue engine so deeply that firing me means shutting off your customer flow."</w:t>
      </w:r>
    </w:p>
    <w:p>
      <w:r>
        <w:t>See the difference?</w:t>
      </w:r>
    </w:p>
    <w:p>
      <w:r/>
      <w:r>
        <w:rPr>
          <w:b/>
        </w:rPr>
        <w:t>AI Consultants sell tactics. AI Operators control revenue.</w:t>
      </w:r>
      <w:r/>
    </w:p>
    <w:p>
      <w:r>
        <w:t xml:space="preserve">When you control </w:t>
      </w:r>
      <w:r>
        <w:rPr>
          <w:b/>
        </w:rPr>
        <w:t>NEW CLIENT ACQUISITION</w:t>
      </w:r>
      <w:r>
        <w:t>, you become the most valuable person in their business.</w:t>
      </w:r>
    </w:p>
    <w:p>
      <w:r>
        <w:t>Not the most useful.</w:t>
      </w:r>
    </w:p>
    <w:p>
      <w:r>
        <w:t>Not the smartest.</w:t>
      </w:r>
    </w:p>
    <w:p>
      <w:r>
        <w:t>Not even the hardest working.</w:t>
      </w:r>
    </w:p>
    <w:p>
      <w:r/>
      <w:r>
        <w:rPr>
          <w:b/>
        </w:rPr>
        <w:t>The most valuable.</w:t>
      </w:r>
      <w:r/>
    </w:p>
    <w:p>
      <w:r>
        <w:t xml:space="preserve">Because you control the one thing every business needs to survive: </w:t>
      </w:r>
      <w:r>
        <w:rPr>
          <w:b/>
        </w:rPr>
        <w:t>NEW CUSTOMERS.</w:t>
      </w:r>
      <w:r/>
    </w:p>
    <w:p>
      <w:r/>
      <w:r>
        <w:rPr>
          <w:b/>
        </w:rPr>
        <w:t>An AI Operator is not an agency.</w:t>
      </w:r>
      <w:r>
        <w:t xml:space="preserve"> Agencies sell hours. AI Operators sell outcomes. Agencies fragment work across departments. AI Operators integrate it through systems. Agencies add headcount to scale. AI Operators add agents.</w:t>
      </w:r>
    </w:p>
    <w:p>
      <w:r/>
      <w:r>
        <w:rPr>
          <w:b/>
        </w:rPr>
        <w:t>An AI Operator is not a course graduate.</w:t>
      </w:r>
      <w:r>
        <w:t xml:space="preserve"> Courses sell information. Information is consumed once and depreciated. An AI Operator operates a </w:t>
      </w:r>
      <w:r>
        <w:rPr>
          <w:i/>
        </w:rPr>
        <w:t>system</w:t>
      </w:r>
      <w:r>
        <w:t>, one that compounds value over time because the AI learns, the workflows improve, and the operator's judgment sharpens with every engagement.</w:t>
      </w:r>
    </w:p>
    <w:p>
      <w:r/>
      <w:r>
        <w:rPr>
          <w:b/>
        </w:rPr>
        <w:t>An AI Operator is not software.</w:t>
      </w:r>
      <w:r>
        <w:t xml:space="preserve"> Software is a tool. An AI Operator is the human intelligence layer that makes the tool commercially dangerous.</w:t>
      </w:r>
    </w:p>
    <w:p>
      <w:r>
        <w:t>Billions of dollars are flowing into AI infrastructure. The question is: who operates it? Who sits between the technology and the revenue?</w:t>
      </w:r>
    </w:p>
    <w:p>
      <w:r>
        <w:t>The answer is the AI Operator. Not the developer who builds the model. Not the enterprise buyer who purchases the license. The operator who sits between the technology and the customer's wallet, directing the system, judging the market, shaping the message, and tying every output to revenue.</w:t>
      </w:r>
    </w:p>
    <w:p>
      <w:r>
        <w:t>The difficulty is the moat. Easy opportunities get crowded. Hard categories become professions.</w:t>
      </w:r>
    </w:p>
    <w:p>
      <w:r>
        <w:t xml:space="preserve">The model that survives is the one that </w:t>
      </w:r>
      <w:r>
        <w:rPr>
          <w:b/>
        </w:rPr>
        <w:t>operates the SMB's customer-acquisition system FOR them, becomes structurally embedded as their infrastructure, and produces durable recurring revenue from that operational dependency.</w:t>
      </w:r>
      <w:r/>
    </w:p>
    <w:p>
      <w:r>
        <w:t>That's the Fractional AI Officer model.</w:t>
      </w:r>
    </w:p>
    <w:p>
      <w:r>
        <w:t>That's what the rest of this manifesto is about.</w:t>
      </w:r>
    </w:p>
    <w:p>
      <w:pPr>
        <w:pStyle w:val="Heading1"/>
      </w:pPr>
      <w:r>
        <w:t>2. A DAY IN THE LIFE OF A FRACTIONAL AI OFFICER</w:t>
      </w:r>
    </w:p>
    <w:p>
      <w:r>
        <w:t>Forget the theory for a second. Here's the question every operator actually asks: what does my day look like? What do I sell? What do my clients say about me?</w:t>
      </w:r>
    </w:p>
    <w:p>
      <w:r/>
      <w:r>
        <w:rPr>
          <w:b/>
        </w:rPr>
        <w:t>This is a hypothetical Tuesday, not a customer case study.</w:t>
      </w:r>
      <w:r>
        <w:t xml:space="preserve"> The clients, timings, conversations and financial figures illustrate how the model could work. They are not observed operator results, promised earnings or a guarantee of workload. Actual outcomes depend on client demand, execution, costs, service scope and platform availability.</w:t>
      </w:r>
    </w:p>
    <w:p>
      <w:pPr>
        <w:pStyle w:val="Heading2"/>
      </w:pPr>
      <w:r>
        <w:t>7:42 AM</w:t>
      </w:r>
    </w:p>
    <w:p>
      <w:r>
        <w:t>You open your laptop with coffee. First tab is your Operator dashboard inside AIO HQ. Six panels load. Last night's results across your six SMB clients:</w:t>
      </w:r>
    </w:p>
    <w:p>
      <w:pPr>
        <w:pStyle w:val="ListBullet"/>
      </w:pPr>
      <w:r/>
      <w:r>
        <w:rPr>
          <w:b/>
        </w:rPr>
        <w:t>HVAC client (Tampa):</w:t>
      </w:r>
      <w:r>
        <w:t xml:space="preserve"> 14 inbound calls handled by Voice AI overnight. 9 qualified. 4 booked into morning estimate slots. Voicemail-to-callback rate: 100%.</w:t>
      </w:r>
    </w:p>
    <w:p>
      <w:pPr>
        <w:pStyle w:val="ListBullet"/>
      </w:pPr>
      <w:r/>
      <w:r>
        <w:rPr>
          <w:b/>
        </w:rPr>
        <w:t>Med spa client (Miami):</w:t>
      </w:r>
      <w:r>
        <w:t xml:space="preserve"> 22 web visitors identified by AIO Signal. 7 added to the warm-nurture sequence by intent score. 1 converted to a consultation booking through automated follow-up at 11:14 PM.</w:t>
      </w:r>
    </w:p>
    <w:p>
      <w:pPr>
        <w:pStyle w:val="ListBullet"/>
      </w:pPr>
      <w:r/>
      <w:r>
        <w:rPr>
          <w:b/>
        </w:rPr>
        <w:t>Personal injury attorney (Naples):</w:t>
      </w:r>
      <w:r>
        <w:t xml:space="preserve"> 3 after-hours intake calls answered. 2 qualified for case review. 1 booked. The third disqualified cleanly with zero human time spent.</w:t>
      </w:r>
    </w:p>
    <w:p>
      <w:pPr>
        <w:pStyle w:val="ListBullet"/>
      </w:pPr>
      <w:r/>
      <w:r>
        <w:rPr>
          <w:b/>
        </w:rPr>
        <w:t>Dental practice (Jacksonville):</w:t>
      </w:r>
      <w:r>
        <w:t xml:space="preserve"> Reputation Manager AI captured 4 new five-star reviews overnight off yesterday's appointments.</w:t>
      </w:r>
    </w:p>
    <w:p>
      <w:pPr>
        <w:pStyle w:val="ListBullet"/>
      </w:pPr>
      <w:r/>
      <w:r>
        <w:rPr>
          <w:b/>
        </w:rPr>
        <w:t>Roofing contractor (Orlando):</w:t>
      </w:r>
      <w:r>
        <w:t xml:space="preserve"> 17 form submissions processed. 11 qualified. Sales AI sent personalized follow-up. 3 are already in the calendar booking flow.</w:t>
      </w:r>
    </w:p>
    <w:p>
      <w:pPr>
        <w:pStyle w:val="ListBullet"/>
      </w:pPr>
      <w:r/>
      <w:r>
        <w:rPr>
          <w:b/>
        </w:rPr>
        <w:t>MedSpa #2 (Tampa):</w:t>
      </w:r>
      <w:r>
        <w:t xml:space="preserve"> 8 social DMs handled by Conversation AI overnight. 2 booked consultations. 1 escalated to your morning queue.</w:t>
      </w:r>
    </w:p>
    <w:p>
      <w:r>
        <w:t>You close one panel. You read the escalated DM. High-intent prospect asking about pricing for a specific service. You write three sentences. You send. You move on.</w:t>
      </w:r>
    </w:p>
    <w:p>
      <w:r>
        <w:t>That was 6 minutes of your morning. The system processed everything that happened from 6 PM yesterday to 7:42 AM today, across six businesses, while you slept.</w:t>
      </w:r>
    </w:p>
    <w:p>
      <w:pPr>
        <w:pStyle w:val="Heading2"/>
      </w:pPr>
      <w:r>
        <w:t>9:15 AM. Strategy Session Call</w:t>
      </w:r>
    </w:p>
    <w:p>
      <w:r>
        <w:t>A new prospect for SMB client number 7. A chiropractor in Sarasota who came through LinkedIn, saw your "Fractional AI Officer for Healthcare Practices" positioning, and booked a 30-minute call.</w:t>
      </w:r>
    </w:p>
    <w:p>
      <w:r>
        <w:t>You open your Operator Clone in AIO HQ. The Clone already pulled their website, their reviews, their ad presence, their three biggest local competitors. You spend the first 4 minutes confirming what the Clone already showed you. The next 15 minutes on their actual problem: they spend $4,200/month on Google Ads and convert at 2.1% on the landing page.</w:t>
      </w:r>
    </w:p>
    <w:p>
      <w:r>
        <w:t>You walk them through the Two-Layer Offer:</w:t>
      </w:r>
    </w:p>
    <w:p>
      <w:pPr>
        <w:pStyle w:val="ListBullet"/>
      </w:pPr>
      <w:r/>
      <w:r>
        <w:rPr>
          <w:b/>
        </w:rPr>
        <w:t>Layer 1 (Infrastructure Retainer):</w:t>
      </w:r>
      <w:r>
        <w:t xml:space="preserve"> $3,500/month. The 6 AI Agents deployed for healthcare. AIO Signal identifying their anonymous web visitors. Automated booking. Post-appointment review capture. CRM with full pipeline visibility.</w:t>
      </w:r>
    </w:p>
    <w:p>
      <w:pPr>
        <w:pStyle w:val="ListBullet"/>
      </w:pPr>
      <w:r/>
      <w:r>
        <w:rPr>
          <w:b/>
        </w:rPr>
        <w:t>Layer 2 (Per-Result):</w:t>
      </w:r>
      <w:r>
        <w:t xml:space="preserve"> $85 per booked new-patient consultation, on top of Layer 1. They only pay for outcomes.</w:t>
      </w:r>
    </w:p>
    <w:p>
      <w:r>
        <w:t>You don't pretend that a per-result fee replaces every other cost. You review the retainer, advertising budget and variable fees together. Without the actual booking count and campaign data, neither of you can honestly calculate their current cost per consultation. You agree to compare the full economics before they decide.</w:t>
      </w:r>
    </w:p>
    <w:p>
      <w:r/>
      <w:r>
        <w:rPr>
          <w:b/>
        </w:rPr>
        <w:t>Time spent:</w:t>
      </w:r>
      <w:r>
        <w:t xml:space="preserve"> 22 minutes.</w:t>
      </w:r>
    </w:p>
    <w:p>
      <w:pPr>
        <w:pStyle w:val="Heading2"/>
      </w:pPr>
      <w:r>
        <w:t>10:00 AM. Operator Briefing</w:t>
      </w:r>
    </w:p>
    <w:p>
      <w:r>
        <w:t>In this illustration, you join an operator briefing about presenting results honestly. You distinguish actual client evidence from projections. A support calendar and cohort attendance must be confirmed before you buy; this scene isn't evidence of a live session or an existing room of operators.</w:t>
      </w:r>
    </w:p>
    <w:p>
      <w:r>
        <w:t>You take notes. You ask one question in the chat. You leave at 10:45.</w:t>
      </w:r>
    </w:p>
    <w:p>
      <w:pPr>
        <w:pStyle w:val="Heading2"/>
      </w:pPr>
      <w:r>
        <w:t>11:00 AM. Niche Deployment Push</w:t>
      </w:r>
    </w:p>
    <w:p>
      <w:r>
        <w:t>The seventh client signed Friday. Today you deploy. You open the niche library inside AIO HQ. You select "chiropractic + sports medicine, Florida Gulf Coast." The pre-built funnel loads. The 6 AI Agents auto-configure for the niche. AIO Signal pre-loads the chiropractic-specific intent signals.</w:t>
      </w:r>
    </w:p>
    <w:p>
      <w:r>
        <w:t>You spend 90 minutes customizing four things:</w:t>
      </w:r>
    </w:p>
    <w:p>
      <w:pPr>
        <w:pStyle w:val="ListBullet"/>
      </w:pPr>
      <w:r>
        <w:t>The client's brand colors and logo across all assets</w:t>
      </w:r>
    </w:p>
    <w:p>
      <w:pPr>
        <w:pStyle w:val="ListBullet"/>
      </w:pPr>
      <w:r>
        <w:t>The Voice AI script (you record three custom phrases that match the client's tone)</w:t>
      </w:r>
    </w:p>
    <w:p>
      <w:pPr>
        <w:pStyle w:val="ListBullet"/>
      </w:pPr>
      <w:r>
        <w:t>The Per-Result pricing math inside Sales AI's quoting workflow</w:t>
      </w:r>
    </w:p>
    <w:p>
      <w:pPr>
        <w:pStyle w:val="ListBullet"/>
      </w:pPr>
      <w:r>
        <w:t>The CRM field mapping for the patient list the client imports Wednesday</w:t>
      </w:r>
    </w:p>
    <w:p>
      <w:r>
        <w:t>The time required depends on the client's systems, access, data quality and agreed scope. Confirm deployment milestones for the actual engagement rather than treating this illustrated day as a delivery promise.</w:t>
      </w:r>
    </w:p>
    <w:p>
      <w:r>
        <w:t>You break for lunch.</w:t>
      </w:r>
    </w:p>
    <w:p>
      <w:pPr>
        <w:pStyle w:val="Heading2"/>
      </w:pPr>
      <w:r>
        <w:t>2:30 PM. Inner Circle Call (Pro Tier Mastermind)</w:t>
      </w:r>
    </w:p>
    <w:p>
      <w:r>
        <w:t>Bi-weekly 1:1 inside Cloud Campus. You walk through client #4 (the personal injury attorney): should you introduce Layer 2 Per-Result pricing now, six weeks in, or wait another month for more baseline data? The Inner Circle group gives you three perspectives. You decide to wait two weeks.</w:t>
      </w:r>
    </w:p>
    <w:p>
      <w:pPr>
        <w:pStyle w:val="Heading2"/>
      </w:pPr>
      <w:r>
        <w:t>4:00 PM. End-of-Day Operator P&amp;L</w:t>
      </w:r>
    </w:p>
    <w:p>
      <w:r>
        <w:t>You open your Operator Clone's financial view. The dashboard shows:</w:t>
      </w:r>
    </w:p>
    <w:p>
      <w:pPr>
        <w:pStyle w:val="ListBullet"/>
      </w:pPr>
      <w:r/>
      <w:r>
        <w:rPr>
          <w:b/>
        </w:rPr>
        <w:t>Month-to-date SMB monthly retainers:</w:t>
      </w:r>
      <w:r>
        <w:t xml:space="preserve"> $21,500 across 6 clients</w:t>
      </w:r>
    </w:p>
    <w:p>
      <w:pPr>
        <w:pStyle w:val="ListBullet"/>
      </w:pPr>
      <w:r/>
      <w:r>
        <w:rPr>
          <w:b/>
        </w:rPr>
        <w:t>Month-to-date Per-Result fees:</w:t>
      </w:r>
      <w:r>
        <w:t xml:space="preserve"> $4,720</w:t>
      </w:r>
    </w:p>
    <w:p>
      <w:pPr>
        <w:pStyle w:val="ListBullet"/>
      </w:pPr>
      <w:r/>
      <w:r>
        <w:rPr>
          <w:b/>
        </w:rPr>
        <w:t>Month-to-date AIO Signal margin (after API costs):</w:t>
      </w:r>
      <w:r>
        <w:t xml:space="preserve"> $1,840</w:t>
      </w:r>
    </w:p>
    <w:p>
      <w:pPr>
        <w:pStyle w:val="ListBullet"/>
      </w:pPr>
      <w:r/>
      <w:r>
        <w:rPr>
          <w:b/>
        </w:rPr>
        <w:t>Platform fees paid to AIO HQ this month:</w:t>
      </w:r>
      <w:r>
        <w:t xml:space="preserve"> $697</w:t>
      </w:r>
    </w:p>
    <w:p>
      <w:r>
        <w:t>The SMB Per-Result line ticked up $360 just from today's bookings. You verify your Strategy Session pipeline for Friday and Monday: 4 calls scheduled, all warm.</w:t>
      </w:r>
    </w:p>
    <w:p>
      <w:r>
        <w:t xml:space="preserve">In this illustration, $21,500 plus $4,720 equals </w:t>
      </w:r>
      <w:r>
        <w:rPr>
          <w:b/>
        </w:rPr>
        <w:t>$26,220 in retainer and per-result revenue</w:t>
      </w:r>
      <w:r>
        <w:t xml:space="preserve">. Adding $1,840 of Signal margin gives a </w:t>
      </w:r>
      <w:r>
        <w:rPr>
          <w:b/>
        </w:rPr>
        <w:t>$28,060 mixed revenue-and-margin subtotal</w:t>
      </w:r>
      <w:r>
        <w:t>, not gross revenue or take-home profit. After the listed $697 platform fee, that subtotal is $27,363, still before other expenses and taxes. These are hypothetical inputs, not an observed operator P&amp;L or an earnings forecast.</w:t>
      </w:r>
    </w:p>
    <w:p>
      <w:r>
        <w:t>You close your laptop at 4:48 PM. You haven't touched the Voice AI agents in three days. They run 24 hours a day, 7 days a week, across six SMB clients. The infrastructure is your real asset. You're the Operator on top of it.</w:t>
      </w:r>
    </w:p>
    <w:p>
      <w:r>
        <w:t>You walk into the kitchen.</w:t>
      </w:r>
    </w:p>
    <w:p>
      <w:r>
        <w:t>Your spouse looks surprised.</w:t>
      </w:r>
    </w:p>
    <w:p>
      <w:r/>
      <w:r>
        <w:rPr>
          <w:b/>
        </w:rPr>
        <w:t>Spouse:</w:t>
      </w:r>
      <w:r>
        <w:t xml:space="preserve"> "You're done already?"</w:t>
      </w:r>
    </w:p>
    <w:p>
      <w:r/>
      <w:r>
        <w:rPr>
          <w:b/>
        </w:rPr>
        <w:t>You:</w:t>
      </w:r>
      <w:r>
        <w:t xml:space="preserve"> (smiling) "Yeah. New business model. It's working."</w:t>
      </w:r>
    </w:p>
    <w:p>
      <w:r>
        <w:t>You hug.</w:t>
      </w:r>
    </w:p>
    <w:p>
      <w:r>
        <w:t xml:space="preserve">And you realize: </w:t>
      </w:r>
      <w:r>
        <w:rPr>
          <w:b/>
        </w:rPr>
        <w:t>you haven't felt this light in YEARS</w:t>
      </w:r>
      <w:r>
        <w:t>.</w:t>
      </w:r>
    </w:p>
    <w:p>
      <w:pPr>
        <w:pStyle w:val="Heading2"/>
      </w:pPr>
      <w:r>
        <w:t>5:30 PM</w:t>
      </w:r>
    </w:p>
    <w:p>
      <w:r>
        <w:t>You're at your kid's soccer game.</w:t>
      </w:r>
    </w:p>
    <w:p>
      <w:r>
        <w:t>Fully present.</w:t>
      </w:r>
    </w:p>
    <w:p>
      <w:r>
        <w:t>Not checking emails. Not stressed. Not exhausted.</w:t>
      </w:r>
    </w:p>
    <w:p>
      <w:r>
        <w:t xml:space="preserve">Just... </w:t>
      </w:r>
      <w:r>
        <w:rPr>
          <w:b/>
        </w:rPr>
        <w:t>there</w:t>
      </w:r>
      <w:r>
        <w:t>.</w:t>
      </w:r>
    </w:p>
    <w:p>
      <w:r>
        <w:t>Your kid scores a goal.</w:t>
      </w:r>
    </w:p>
    <w:p>
      <w:r>
        <w:t>They look at you in the stands.</w:t>
      </w:r>
    </w:p>
    <w:p>
      <w:r>
        <w:t>You're cheering.</w:t>
      </w:r>
    </w:p>
    <w:p>
      <w:r>
        <w:t>And in that moment, you realize:</w:t>
      </w:r>
    </w:p>
    <w:p>
      <w:r/>
      <w:r>
        <w:rPr>
          <w:b/>
        </w:rPr>
        <w:t>This is what freedom feels like.</w:t>
      </w:r>
      <w:r/>
    </w:p>
    <w:p>
      <w:pPr>
        <w:pStyle w:val="Heading2"/>
      </w:pPr>
      <w:r>
        <w:t>What This Day Is Not</w:t>
      </w:r>
    </w:p>
    <w:p>
      <w:r>
        <w:t>It's not 18 hours. It's not constant Slack pings. It's not an inbox shaped by panic.</w:t>
      </w:r>
    </w:p>
    <w:p>
      <w:r>
        <w:t>It's a picture of the operating model, not proof that a particular operator already lives this day. The aim is for the infrastructure to handle repeatable volume while you supply the judgment.</w:t>
      </w:r>
    </w:p>
    <w:p>
      <w:r>
        <w:t>That's what the Fractional AI Officer model engineers for.</w:t>
      </w:r>
    </w:p>
    <w:p>
      <w:pPr>
        <w:pStyle w:val="Heading1"/>
      </w:pPr>
      <w:r>
        <w:t>3. THE STRUCTURAL LOCK-IN MATH</w:t>
      </w:r>
    </w:p>
    <w:p>
      <w:r>
        <w:t>This is the architectural fact that makes every other element work. Read this section twice.</w:t>
      </w:r>
    </w:p>
    <w:p>
      <w:r>
        <w:t>When an SMB client signs with an AIO Licensed Operator, they receive a fully integrated customer-acquisition operating system:</w:t>
      </w:r>
    </w:p>
    <w:p>
      <w:pPr>
        <w:pStyle w:val="ListBullet"/>
      </w:pPr>
      <w:r>
        <w:t>The canonical 6 AI Agents (Conversation, Voice, Sales, Appointment Scheduler, Reputation Manager, Social Media Manager) configured for their niche and workflow</w:t>
      </w:r>
    </w:p>
    <w:p>
      <w:pPr>
        <w:pStyle w:val="ListBullet"/>
      </w:pPr>
      <w:r>
        <w:t>AIO Signal, real-time visitor identification and intent activation</w:t>
      </w:r>
    </w:p>
    <w:p>
      <w:pPr>
        <w:pStyle w:val="ListBullet"/>
      </w:pPr>
      <w:r>
        <w:t>Automated appointment booking infrastructure</w:t>
      </w:r>
    </w:p>
    <w:p>
      <w:pPr>
        <w:pStyle w:val="ListBullet"/>
      </w:pPr>
      <w:r>
        <w:t>Post-sale nurture sequences for reviews, referrals, re-engagement</w:t>
      </w:r>
    </w:p>
    <w:p>
      <w:pPr>
        <w:pStyle w:val="ListBullet"/>
      </w:pPr>
      <w:r>
        <w:t>The CRM with all customer data, pipeline, and history</w:t>
      </w:r>
    </w:p>
    <w:p>
      <w:pPr>
        <w:pStyle w:val="ListBullet"/>
      </w:pPr>
      <w:r>
        <w:t>Pre-built niche funnels optimized for their industry</w:t>
      </w:r>
    </w:p>
    <w:p>
      <w:pPr>
        <w:pStyle w:val="ListBullet"/>
      </w:pPr>
      <w:r>
        <w:t>Ongoing lead flow generated through the system</w:t>
      </w:r>
    </w:p>
    <w:p>
      <w:r>
        <w:t>Every component listed above runs inside AI Operators HQ, the proprietary platform. This is NOT a bolt-on tool the SMB can take elsewhere. It is the operating system of their customer acquisition.</w:t>
      </w:r>
    </w:p>
    <w:p>
      <w:pPr>
        <w:pStyle w:val="Heading2"/>
      </w:pPr>
      <w:r>
        <w:t>Why They Stay</w:t>
      </w:r>
    </w:p>
    <w:p>
      <w:r>
        <w:t>A good client stays because the system works and replacing it takes thought, time and effort. Not because somebody holds their customer data hostage.</w:t>
      </w:r>
    </w:p>
    <w:p>
      <w:r>
        <w:t>When you operate calls, lead follow-up, booking and reporting together, you become useful in a way a forgotten software subscription never will. The client sees what happens, what needs attention and what they are paying for.</w:t>
      </w:r>
    </w:p>
    <w:p>
      <w:r>
        <w:t>If they leave, access, exports, transition support and ongoing service obligations follow their agreement. Don't sell permanent ownership of systems you don't own, and don't promise to trap a customer in them.</w:t>
      </w:r>
    </w:p>
    <w:p>
      <w:pPr>
        <w:pStyle w:val="Heading2"/>
      </w:pPr>
      <w:r>
        <w:t>The Replacement Work</w:t>
      </w:r>
    </w:p>
    <w:p>
      <w:r>
        <w:t>A replacement can involve CRM migration, rebuilding automations, reconfiguring agents, moving phone and booking workflows, retraining staff and testing the new setup. The cost depends on the actual scope. There isn't one universal replacement bill or guaranteed period of lost revenue.</w:t>
      </w:r>
    </w:p>
    <w:p>
      <w:r>
        <w:t xml:space="preserve">The commercial case is stronger when it's honest: </w:t>
      </w:r>
      <w:r>
        <w:rPr>
          <w:b/>
        </w:rPr>
        <w:t>make the service valuable enough that staying is the rational choice.</w:t>
      </w:r>
      <w:r/>
    </w:p>
    <w:p>
      <w:pPr>
        <w:pStyle w:val="Heading2"/>
      </w:pPr>
      <w:r>
        <w:t>What We Measure</w:t>
      </w:r>
    </w:p>
    <w:p>
      <w:r>
        <w:t>Retention is earned, then measured. A design target isn't an observed retention rate. Operator results should be reported with the period, sample size, costs and range of outcomes, including weak ones. A planned report isn't evidence until the underlying results exist.</w:t>
      </w:r>
    </w:p>
    <w:p>
      <w:pPr>
        <w:pStyle w:val="Heading2"/>
      </w:pPr>
      <w:r>
        <w:t>Master Belief, Restated</w:t>
      </w:r>
    </w:p>
    <w:p>
      <w:r>
        <w:t xml:space="preserve">&gt; </w:t>
      </w:r>
      <w:r>
        <w:rPr>
          <w:b/>
        </w:rPr>
        <w:t>AI commoditizes tools. Operating someone else's customer-acquisition system is a position no commodity can take.</w:t>
      </w:r>
      <w:r/>
    </w:p>
    <w:p>
      <w:r>
        <w:t>That's what structural lock-in means in practice. Every line of this section is the operating-system version of that one sentence.</w:t>
      </w:r>
    </w:p>
    <w:p>
      <w:pPr>
        <w:pStyle w:val="Heading1"/>
      </w:pPr>
      <w:r>
        <w:t>4. THE FRACTIONAL AI OFFICER MODEL. A CATEGORY EMERGING ON SCHEDULE</w:t>
      </w:r>
    </w:p>
    <w:p>
      <w:r>
        <w:t>The operator is NOT an AI consultant. NOT an agency. NOT a reseller. The operator is a Fractional AI Officer, the outsourced Chief AI Officer for small and medium businesses.</w:t>
      </w:r>
    </w:p>
    <w:p>
      <w:r>
        <w:t>The Fractional AI Officer model is a category emerging in the market right now. AI Operators is building the operating system for it.</w:t>
      </w:r>
    </w:p>
    <w:p>
      <w:r>
        <w:t>We're not the only ones using the term. We're not the first to spot the role. We don't claim to have invented it. We built the infrastructure for the operators who choose to work inside it.</w:t>
      </w:r>
    </w:p>
    <w:p>
      <w:r>
        <w:t>That distinction matters. Founders who claim to have invented categories visibly emerging on the LinkedIn feeds of 100,000 other people lose the smart skeptic in the first paragraph. The honest framing is the durable one.</w:t>
      </w:r>
    </w:p>
    <w:p>
      <w:pPr>
        <w:pStyle w:val="Heading2"/>
      </w:pPr>
      <w:r>
        <w:t>The Bigger Pattern. 150 Years of Advertising Prestige</w:t>
      </w:r>
    </w:p>
    <w:p>
      <w:r>
        <w:t>Before the fractional-executive pattern, there was an older one: the agency pattern. Every era of advertising builds the layer above the last, and the layer above always belongs to whoever invents the new model first.</w:t>
      </w:r>
    </w:p>
    <w:p>
      <w:pPr>
        <w:pStyle w:val="ListBullet"/>
      </w:pPr>
      <w:r/>
      <w:r>
        <w:rPr>
          <w:b/>
        </w:rPr>
        <w:t>The Inventor Era (1870s–1960s).</w:t>
      </w:r>
      <w:r>
        <w:t xml:space="preserve"> J. Walter Thompson formalized the full-service model. Ogilvy invented research-driven, long-copy benefit-led campaigns and made the agency synonymous with high craft. Leo Burnett built the brand-icon factory (Marlboro Man, Tony the Tiger). DDB rewrote mass-media persuasion with Volkswagen "Think Small" and Avis "We Try Harder," Madison Avenue's creative revolution. Prestige belonged to whoever invented the new rules.</w:t>
      </w:r>
    </w:p>
    <w:p>
      <w:pPr>
        <w:pStyle w:val="ListBullet"/>
      </w:pPr>
      <w:r/>
      <w:r>
        <w:rPr>
          <w:b/>
        </w:rPr>
        <w:t>The Scale Era (1970s–2000s).</w:t>
      </w:r>
      <w:r>
        <w:t xml:space="preserve"> Martin Sorrell's $556M acquisition of JWT in 1987 marked the turn. Holding companies (WPP, Omnicom, Publicis, IPG) absorbed the legendary names and shifted power from creative founders to financial engineers who could bundle services and win billion-dollar global accounts. Prestige moved from creative to scale.</w:t>
      </w:r>
    </w:p>
    <w:p>
      <w:pPr>
        <w:pStyle w:val="ListBullet"/>
      </w:pPr>
      <w:r/>
      <w:r>
        <w:rPr>
          <w:b/>
        </w:rPr>
        <w:t>The Consolidation Pressure.</w:t>
      </w:r>
      <w:r>
        <w:t xml:space="preserve"> Large agency structures face the same test as a solo operator: does the customer receive enough value to justify the cost? Size alone is not a defense.</w:t>
      </w:r>
    </w:p>
    <w:p>
      <w:pPr>
        <w:pStyle w:val="ListBullet"/>
      </w:pPr>
      <w:r/>
      <w:r>
        <w:rPr>
          <w:b/>
        </w:rPr>
        <w:t>The AI Operator Opportunity.</w:t>
      </w:r>
      <w:r>
        <w:t xml:space="preserve"> Businesses need media, creative, technology and follow-up to work together. An operator can build around that integration from the beginning, rather than leaving the owner to assemble the pieces.</w:t>
      </w:r>
    </w:p>
    <w:p>
      <w:r>
        <w:t>This is the lineage layer most fractional-executive playbooks miss. Fractional CFOs filled a gap inside finance. Fractional CMOs filled a gap inside marketing. The Fractional AI Officer is filling a vacuum left by the collapse of the agency holding-company model itself. The category is bigger than the role.</w:t>
      </w:r>
    </w:p>
    <w:p>
      <w:r>
        <w:t>The old masters gave us the doctrine. AI gives us the throughput. The operator supplies the command.</w:t>
      </w:r>
    </w:p>
    <w:p>
      <w:r>
        <w:t>That is the lineage. And lineage matters because serious people do not commit to categories built on novelty alone. They commit when a new category can explain where it came from, what problem it resolves, and why the market now has room for it.</w:t>
      </w:r>
    </w:p>
    <w:p>
      <w:pPr>
        <w:pStyle w:val="Heading2"/>
      </w:pPr>
      <w:r>
        <w:t>The Pattern Every Fractional Executive Category Has Followed</w:t>
      </w:r>
    </w:p>
    <w:p>
      <w:r>
        <w:t>A smaller business may need senior financial judgment without needing a full-time CFO. Fractional CFO work illustrates the principle: a senior professional supplies a function across more than one business. The same reasoning can apply to other disciplines.</w:t>
      </w:r>
    </w:p>
    <w:p>
      <w:r>
        <w:t>Ten years ago, Fractional CMO followed the same trajectory.</w:t>
      </w:r>
    </w:p>
    <w:p>
      <w:r>
        <w:t>Five years ago, Fractional CIO.</w:t>
      </w:r>
    </w:p>
    <w:p>
      <w:r>
        <w:t>Three years ago, Fractional CRO.</w:t>
      </w:r>
    </w:p>
    <w:p>
      <w:r>
        <w:t>The pattern is recognizable: a business needs specialized judgment, a full-time hire is not the right fit, and a senior professional supplies the function on a fractional basis. Capacity depends on the depth of the engagement, not the title.</w:t>
      </w:r>
    </w:p>
    <w:p>
      <w:pPr>
        <w:pStyle w:val="Heading2"/>
      </w:pPr>
      <w:r>
        <w:t>The Numbers Behind the Pattern</w:t>
      </w:r>
    </w:p>
    <w:p>
      <w:r>
        <w:t>The comparison is practical rather than statistical. A business needs a function, cannot justify a full-time senior hire, and chooses experienced part-time leadership with a defined scope.</w:t>
      </w:r>
    </w:p>
    <w:p>
      <w:r>
        <w:t>This isn't a marketing trend. It's a structural shift in how SMBs hire executive-level capability. Every prior cycle produced one dominant fractional category per decade.</w:t>
      </w:r>
    </w:p>
    <w:p>
      <w:pPr>
        <w:pStyle w:val="Heading2"/>
      </w:pPr>
      <w:r>
        <w:t>AI Is Next</w:t>
      </w:r>
    </w:p>
    <w:p>
      <w:r>
        <w:t>AI-driven customer acquisition needs technical and commercial judgment. A Fractional AI Officer is an operator who supplies that function through an agreed scope rather than a full-time executive position.</w:t>
      </w:r>
    </w:p>
    <w:p>
      <w:r>
        <w:t>The practical question isn't whether a job-title trend can sell the idea. It's whether a business needs senior operating judgment but can't justify a full-time hire. That is the opening a fractional practice tests.</w:t>
      </w:r>
    </w:p>
    <w:p>
      <w:r>
        <w:t>The full-time CAIO market exists for the Fortune 500. The Fractional AI Officer market is the SMB equivalent. Same role, deployed across many businesses, by an operator running infrastructure most SMBs can't independently build.</w:t>
      </w:r>
    </w:p>
    <w:p>
      <w:pPr>
        <w:pStyle w:val="Heading2"/>
      </w:pPr>
      <w:r>
        <w:t>What AI Operators Builds For This Category</w:t>
      </w:r>
    </w:p>
    <w:p>
      <w:r>
        <w:t>We don't own the term "Fractional AI Officer." We built the licensed business system for operators who choose to work inside it. Specifically:</w:t>
      </w:r>
    </w:p>
    <w:p>
      <w:pPr>
        <w:pStyle w:val="ListBullet"/>
      </w:pPr>
      <w:r>
        <w:t xml:space="preserve">The </w:t>
      </w:r>
      <w:r>
        <w:rPr>
          <w:b/>
        </w:rPr>
        <w:t>AIO HQ platform</w:t>
      </w:r>
      <w:r>
        <w:t>, the technical infrastructure layer (6 AI Agents + AIO Signal + niche funnels + CRM + booking)</w:t>
      </w:r>
    </w:p>
    <w:p>
      <w:pPr>
        <w:pStyle w:val="ListBullet"/>
      </w:pPr>
      <w:r>
        <w:t xml:space="preserve">The </w:t>
      </w:r>
      <w:r>
        <w:rPr>
          <w:b/>
        </w:rPr>
        <w:t>Specialist Stack</w:t>
      </w:r>
      <w:r>
        <w:t xml:space="preserve"> product architecture (Research / Sales / Service AI Specialist)</w:t>
      </w:r>
    </w:p>
    <w:p>
      <w:pPr>
        <w:pStyle w:val="ListBullet"/>
      </w:pPr>
      <w:r>
        <w:t xml:space="preserve">The </w:t>
      </w:r>
      <w:r>
        <w:rPr>
          <w:b/>
        </w:rPr>
        <w:t>Cultural Compact</w:t>
      </w:r>
      <w:r>
        <w:t xml:space="preserve"> (Code of Operator Conduct + neutral third-party arbitration)</w:t>
      </w:r>
    </w:p>
    <w:p>
      <w:pPr>
        <w:pStyle w:val="ListBullet"/>
      </w:pPr>
      <w:r>
        <w:t xml:space="preserve">The </w:t>
      </w:r>
      <w:r>
        <w:rPr>
          <w:b/>
        </w:rPr>
        <w:t>Quarterly Operator Index</w:t>
      </w:r>
      <w:r>
        <w:t>, the proposed income-transparency report. It becomes evidence only when actual cohort data is published.</w:t>
      </w:r>
    </w:p>
    <w:p>
      <w:pPr>
        <w:pStyle w:val="ListBullet"/>
      </w:pPr>
      <w:r>
        <w:t xml:space="preserve">The </w:t>
      </w:r>
      <w:r>
        <w:rPr>
          <w:b/>
        </w:rPr>
        <w:t>Cloud Campus</w:t>
      </w:r>
      <w:r>
        <w:t xml:space="preserve"> (live programming + Operator Briefings + ICON Faculty)</w:t>
      </w:r>
    </w:p>
    <w:p>
      <w:pPr>
        <w:pStyle w:val="ListBullet"/>
      </w:pPr>
      <w:r>
        <w:t xml:space="preserve">The </w:t>
      </w:r>
      <w:r>
        <w:rPr>
          <w:b/>
        </w:rPr>
        <w:t>Co-Branded Book</w:t>
      </w:r>
      <w:r>
        <w:t xml:space="preserve"> authority engine (operator becomes a published author in their niche)</w:t>
      </w:r>
    </w:p>
    <w:p>
      <w:r>
        <w:t>We built the operating system. The operators build the businesses on top of it.</w:t>
      </w:r>
    </w:p>
    <w:p>
      <w:pPr>
        <w:pStyle w:val="Heading2"/>
      </w:pPr>
      <w:r>
        <w:t>The Pitch the Operator Delivers to SMB Clients</w:t>
      </w:r>
    </w:p>
    <w:p>
      <w:r>
        <w:t>&gt; "We don't recommend AI tools like a consultant. We don't resell software like the arbitrage operators. We operate your entire customer-acquisition system FOR you. Every call answered. Every lead nurtured. Every appointment booked. You show up and close. We deliver customers, not software."</w:t>
      </w:r>
    </w:p>
    <w:p>
      <w:pPr>
        <w:pStyle w:val="Heading2"/>
      </w:pPr>
      <w:r>
        <w:t>Why This Positioning Wins</w:t>
      </w:r>
    </w:p>
    <w:p>
      <w:pPr>
        <w:pStyle w:val="ListBullet"/>
      </w:pPr>
      <w:r>
        <w:t>Differentiates from consultants. We don't bill you for diagnosis, we bill you for customers</w:t>
      </w:r>
    </w:p>
    <w:p>
      <w:pPr>
        <w:pStyle w:val="ListBullet"/>
      </w:pPr>
      <w:r>
        <w:t>Differentiates from arbitrage. We don't hand you a login and wish you luck, we operate it for you</w:t>
      </w:r>
    </w:p>
    <w:p>
      <w:pPr>
        <w:pStyle w:val="ListBullet"/>
      </w:pPr>
      <w:r>
        <w:t>Outcome-focused. SMBs buy more customers, not AI features</w:t>
      </w:r>
    </w:p>
    <w:p>
      <w:pPr>
        <w:pStyle w:val="ListBullet"/>
      </w:pPr>
      <w:r>
        <w:t>Structural dependency. Once deployed, the SMB can't easily leave</w:t>
      </w:r>
    </w:p>
    <w:p>
      <w:pPr>
        <w:pStyle w:val="ListBullet"/>
      </w:pPr>
      <w:r>
        <w:t>Capacity should grow only as the operator proves the systems can support more clients without eroding service quality.</w:t>
      </w:r>
    </w:p>
    <w:p>
      <w:r>
        <w:t>The category is emerging on schedule. The only open question is who builds the operating system the operators ride.</w:t>
      </w:r>
    </w:p>
    <w:p>
      <w:r>
        <w:t>That's the question this manifesto answers.</w:t>
      </w:r>
    </w:p>
    <w:p>
      <w:pPr>
        <w:pStyle w:val="Heading1"/>
      </w:pPr>
      <w:r>
        <w:t>5. THE SIX-TIER OFFER AND THE RIGHT FIT</w:t>
      </w:r>
    </w:p>
    <w:p>
      <w:r>
        <w:t xml:space="preserve">AI Operators' documented offer is a six-tier structure, grouped into </w:t>
      </w:r>
      <w:r>
        <w:rPr>
          <w:b/>
        </w:rPr>
        <w:t>CERTIFY</w:t>
      </w:r>
      <w:r>
        <w:t xml:space="preserve">, </w:t>
      </w:r>
      <w:r>
        <w:rPr>
          <w:b/>
        </w:rPr>
        <w:t>LAUNCH</w:t>
      </w:r>
      <w:r>
        <w:t xml:space="preserve"> and </w:t>
      </w:r>
      <w:r>
        <w:rPr>
          <w:b/>
        </w:rPr>
        <w:t>OWN</w:t>
      </w:r>
      <w:r>
        <w:t>. Here's what those words mean.</w:t>
      </w:r>
    </w:p>
    <w:p>
      <w:pPr>
        <w:pStyle w:val="ListBullet"/>
      </w:pPr>
      <w:r/>
      <w:r>
        <w:rPr>
          <w:b/>
        </w:rPr>
        <w:t>Foundation, $4,000. CERTIFY.</w:t>
      </w:r>
      <w:r>
        <w:t xml:space="preserve"> Certification, not a licensed business or full platform deployment. The right choice for someone seeking the credential before taking on an operator practice.</w:t>
      </w:r>
    </w:p>
    <w:p>
      <w:pPr>
        <w:pStyle w:val="ListBullet"/>
      </w:pPr>
      <w:r/>
      <w:r>
        <w:rPr>
          <w:b/>
        </w:rPr>
        <w:t>Starter, $10,000. LAUNCH.</w:t>
      </w:r>
      <w:r>
        <w:t xml:space="preserve"> The first licensing tier. Done-with-you support for a single-niche practice. You still have to develop clients and do the work.</w:t>
      </w:r>
    </w:p>
    <w:p>
      <w:pPr>
        <w:pStyle w:val="ListBullet"/>
      </w:pPr>
      <w:r/>
      <w:r>
        <w:rPr>
          <w:b/>
        </w:rPr>
        <w:t>Pro, $25,000. LAUNCH.</w:t>
      </w:r>
      <w:r>
        <w:t xml:space="preserve"> Multi-niche, done-with-you-plus support. The documented package includes the co-branded book program in paperback and Kindle, rather than waiting until Elite.</w:t>
      </w:r>
    </w:p>
    <w:p>
      <w:pPr>
        <w:pStyle w:val="ListBullet"/>
      </w:pPr>
      <w:r/>
      <w:r>
        <w:rPr>
          <w:b/>
        </w:rPr>
        <w:t>Elite, $50,000. OWN.</w:t>
      </w:r>
      <w:r>
        <w:t xml:space="preserve"> Additional authority infrastructure and hands-on acquisition support. A more involved working relationship, not a reason to buy beyond your needs.</w:t>
      </w:r>
    </w:p>
    <w:p>
      <w:pPr>
        <w:pStyle w:val="ListBullet"/>
      </w:pPr>
      <w:r/>
      <w:r>
        <w:rPr>
          <w:b/>
        </w:rPr>
        <w:t>Leadership, $100,000. OWN.</w:t>
      </w:r>
      <w:r>
        <w:t xml:space="preserve"> The documented done-for-you offer includes a ten-qualified-client, 120-day delivery commitment. It is a service-delivery commitment, not an earnings guarantee. The definition of a qualified client, your cooperation requirements, remedies and timing must be in the agreement supplied before you enroll.</w:t>
      </w:r>
    </w:p>
    <w:p>
      <w:pPr>
        <w:pStyle w:val="ListBullet"/>
      </w:pPr>
      <w:r/>
      <w:r>
        <w:rPr>
          <w:b/>
        </w:rPr>
        <w:t>Partner, $250,000. OWN.</w:t>
      </w:r>
      <w:r>
        <w:t xml:space="preserve"> A separately assessed concierge engagement. Fit and the actual written scope matter more than the tier name.</w:t>
      </w:r>
    </w:p>
    <w:p>
      <w:r>
        <w:t>These are the documented license or certification prices, not a complete statement of total cost. Platform, advertising and other operating expenses may apply. Review the current itemized offer and agreement before paying.</w:t>
      </w:r>
    </w:p>
    <w:p>
      <w:pPr>
        <w:pStyle w:val="Heading2"/>
      </w:pPr>
      <w:r>
        <w:t>Pick the Work You Actually Want to Do</w:t>
      </w:r>
    </w:p>
    <w:p>
      <w:r>
        <w:t>If you want a credential, don't buy a business on the assumption that certification includes one.</w:t>
      </w:r>
    </w:p>
    <w:p>
      <w:r>
        <w:t>If you want to build and operate a practice, understand which work remains yours: client relationships, sales, judgment, quality and responsibility.</w:t>
      </w:r>
    </w:p>
    <w:p>
      <w:r>
        <w:t>If you want more of that work delivered for you, confirm the exact scope, delivery conditions and price in writing. A bigger fee doesn't remove business risk.</w:t>
      </w:r>
    </w:p>
    <w:p>
      <w:r/>
      <w:r>
        <w:rPr>
          <w:b/>
        </w:rPr>
        <w:t>This is not for you if you're looking for a magic wand, a passive-income promise or an excuse to stop thinking.</w:t>
      </w:r>
      <w:r/>
    </w:p>
    <w:p>
      <w:r>
        <w:t>It's for the operator who wants a more useful machine underneath the work they're willing to own.</w:t>
      </w:r>
    </w:p>
    <w:p>
      <w:pPr>
        <w:pStyle w:val="Heading1"/>
      </w:pPr>
      <w:r>
        <w:t>6. THE DIFFERENTIATING MECHANICS. HOW AIO IS ENGINEERED DIFFERENTLY</w:t>
      </w:r>
    </w:p>
    <w:p>
      <w:pPr>
        <w:pStyle w:val="Heading2"/>
      </w:pPr>
      <w:r>
        <w:t>Standards That Bind the Operator and the Company</w:t>
      </w:r>
    </w:p>
    <w:p>
      <w:r>
        <w:t>An operating network is only as trustworthy as the behavior it accepts. Conduct standards should apply to the high earner as well as the newcomer, and to the company as well as the operator. The agreement must state the actual enforcement process and remedies. A slogan doesn't do that work.</w:t>
      </w:r>
    </w:p>
    <w:p>
      <w:pPr>
        <w:pStyle w:val="Heading2"/>
      </w:pPr>
      <w:r>
        <w:t>Evidence That Includes the Uncomfortable Numbers</w:t>
      </w:r>
    </w:p>
    <w:p>
      <w:r>
        <w:t>The intended Quarterly Operator Index is a commitment to useful measurement: period, sample size, costs, median, range and distribution. Strong results and weak results belong in the same picture.</w:t>
      </w:r>
    </w:p>
    <w:p>
      <w:r>
        <w:t>It is not a published operator-results dataset yet. A plan to measure isn't proof that a cohort has achieved a result. Ask to see the actual evidence available when you make your decision.</w:t>
      </w:r>
    </w:p>
    <w:p>
      <w:pPr>
        <w:pStyle w:val="Heading2"/>
      </w:pPr>
      <w:r>
        <w:t>Support You Can Identify</w:t>
      </w:r>
    </w:p>
    <w:p>
      <w:r>
        <w:t>The offer describes coaching, operator briefings and community support. Check the current schedule, your tier's access and the people responsible for delivery before enrollment. Planned programming isn't a completed event or proof of an active faculty.</w:t>
      </w:r>
    </w:p>
    <w:p>
      <w:r>
        <w:t>The point is simple: know what you're buying, who delivers it and how you'll tell whether it happened.</w:t>
      </w:r>
    </w:p>
    <w:p>
      <w:pPr>
        <w:pStyle w:val="Heading1"/>
      </w:pPr>
      <w:r>
        <w:t>7. THE CO-BRANDED BOOK PROGRAM. THE AUTHORITY ASSET</w:t>
      </w:r>
    </w:p>
    <w:p>
      <w:r>
        <w:t xml:space="preserve">Starting at the Pro ($25K) tier, every operator receives a </w:t>
      </w:r>
      <w:r>
        <w:rPr>
          <w:b/>
        </w:rPr>
        <w:t>professionally published book co-authored with DC Fawcett</w:t>
      </w:r>
      <w:r>
        <w:t>, focused on their primary niche. Paperback + Kindle on Amazon. The operator's name on the cover.</w:t>
      </w:r>
    </w:p>
    <w:p>
      <w:r>
        <w:t>This isn't a PDF. It isn't a digital-only product. It's a real published book on Amazon with your name on it.</w:t>
      </w:r>
    </w:p>
    <w:p>
      <w:pPr>
        <w:pStyle w:val="Heading2"/>
      </w:pPr>
      <w:r>
        <w:t>What You Get (by Tier)</w:t>
      </w:r>
    </w:p>
    <w:p>
      <w:pPr>
        <w:pStyle w:val="ListBullet"/>
      </w:pPr>
      <w:r/>
      <w:r>
        <w:rPr>
          <w:b/>
        </w:rPr>
        <w:t>Pro ($25K):</w:t>
      </w:r>
      <w:r>
        <w:t xml:space="preserve"> Paperback + Kindle published on Amazon + niche lead routing begins</w:t>
      </w:r>
    </w:p>
    <w:p>
      <w:pPr>
        <w:pStyle w:val="ListBullet"/>
      </w:pPr>
      <w:r/>
      <w:r>
        <w:rPr>
          <w:b/>
        </w:rPr>
        <w:t>Elite ($50K):</w:t>
      </w:r>
      <w:r>
        <w:t xml:space="preserve"> + 500 printed copies + Amazon Ads campaign setup ($5K ad budget) + priority niche lead routing</w:t>
      </w:r>
    </w:p>
    <w:p>
      <w:pPr>
        <w:pStyle w:val="ListBullet"/>
      </w:pPr>
      <w:r/>
      <w:r>
        <w:rPr>
          <w:b/>
        </w:rPr>
        <w:t>Leadership ($100K):</w:t>
      </w:r>
      <w:r>
        <w:t xml:space="preserve"> + audiobook + 5 podcast appearances + ongoing Amazon Ads managed by HQ ($15K ad budget) + priority lead routing in your vertical</w:t>
      </w:r>
    </w:p>
    <w:p>
      <w:pPr>
        <w:pStyle w:val="ListBullet"/>
      </w:pPr>
      <w:r/>
      <w:r>
        <w:rPr>
          <w:b/>
        </w:rPr>
        <w:t>Partner ($250K):</w:t>
      </w:r>
      <w:r>
        <w:t xml:space="preserve"> + audiobook + 10 podcast appearances + dedicated PR + media buys ($50K budget) + full DFY concierge operation</w:t>
      </w:r>
    </w:p>
    <w:p>
      <w:pPr>
        <w:pStyle w:val="Heading2"/>
      </w:pPr>
      <w:r>
        <w:t>The 3 Strategic Deployment Paths</w:t>
      </w:r>
    </w:p>
    <w:p>
      <w:r/>
      <w:r>
        <w:rPr>
          <w:b/>
        </w:rPr>
        <w:t>Path 1. The book IS the sales letter.</w:t>
      </w:r>
      <w:r>
        <w:t xml:space="preserve"> Ship physical copies to SMB prospects as direct mail. Hand them out at networking events. Include them in proposals. The book pre-sells your expertise before the first conversation even starts.</w:t>
      </w:r>
    </w:p>
    <w:p>
      <w:r/>
      <w:r>
        <w:rPr>
          <w:b/>
        </w:rPr>
        <w:t>Path 2. Amazon Ads for niche client acquisition.</w:t>
      </w:r>
      <w:r>
        <w:t xml:space="preserve"> Run targeted Amazon Ads on niche-specific keywords. Book buyers self-identify as the exact SMB owner you want as a client. The back-of-book CTA drives readers to your booking page. Test the cost per qualified lead against your other channels. A book funnel isn't automatically cheaper just because the traffic comes from Amazon.</w:t>
      </w:r>
    </w:p>
    <w:p>
      <w:r/>
      <w:r>
        <w:rPr>
          <w:b/>
        </w:rPr>
        <w:t>Path 3. Speaking and authority expansion.</w:t>
      </w:r>
      <w:r>
        <w:t xml:space="preserve"> Published-author credential opens speaking slots at industry conferences. Podcast guest spots become reachable. Your LinkedIn positioning shifts to "Co-author with DC Fawcett on AI-powered [niche] growth."</w:t>
      </w:r>
    </w:p>
    <w:p>
      <w:pPr>
        <w:pStyle w:val="Heading2"/>
      </w:pPr>
      <w:r>
        <w:t>Why It Works</w:t>
      </w:r>
    </w:p>
    <w:p>
      <w:r>
        <w:t>The Fractional AI Officer model has to look credible to an SMB fast. A useful book can make your thinking tangible: in a prospect's hands, at a meeting and in a follow-up. It is an authority asset, not a guarantee of cheap leads or signed clients. Measure its contribution against actual outcomes.</w:t>
      </w:r>
    </w:p>
    <w:p>
      <w:pPr>
        <w:pStyle w:val="Heading1"/>
      </w:pPr>
      <w:r>
        <w:t>8. WHY THIS WORKS WHEN OTHER MODELS FAIL</w:t>
      </w:r>
    </w:p>
    <w:p>
      <w:r>
        <w:t>The Fractional AI Officer model wins on five structural axes at the same time:</w:t>
      </w:r>
    </w:p>
    <w:p>
      <w:r>
        <w:t xml:space="preserve">1. </w:t>
      </w:r>
      <w:r>
        <w:rPr>
          <w:b/>
        </w:rPr>
        <w:t>Outcomes, not tools.</w:t>
      </w:r>
      <w:r>
        <w:t xml:space="preserve"> SMBs buy answered calls and booked appointments, not AI software.</w:t>
      </w:r>
    </w:p>
    <w:p>
      <w:r>
        <w:t xml:space="preserve">2. </w:t>
      </w:r>
      <w:r>
        <w:rPr>
          <w:b/>
        </w:rPr>
        <w:t>Operational value, not subscription convenience.</w:t>
      </w:r>
      <w:r>
        <w:t xml:space="preserve"> The service earns its place by keeping the customer-acquisition workflow useful and accountable.</w:t>
      </w:r>
    </w:p>
    <w:p>
      <w:r>
        <w:t xml:space="preserve">3. </w:t>
      </w:r>
      <w:r>
        <w:rPr>
          <w:b/>
        </w:rPr>
        <w:t>Systems before headcount.</w:t>
      </w:r>
      <w:r>
        <w:t xml:space="preserve"> Automate repeatable work, measure the result and add clients only when the service can support them.</w:t>
      </w:r>
    </w:p>
    <w:p>
      <w:r>
        <w:t xml:space="preserve">4. </w:t>
      </w:r>
      <w:r>
        <w:rPr>
          <w:b/>
        </w:rPr>
        <w:t>Measured retention.</w:t>
      </w:r>
      <w:r>
        <w:t xml:space="preserve"> Track what clients actually renew, why they leave and whether the service produces enough value to keep.</w:t>
      </w:r>
    </w:p>
    <w:p>
      <w:r>
        <w:t xml:space="preserve">5. </w:t>
      </w:r>
      <w:r>
        <w:rPr>
          <w:b/>
        </w:rPr>
        <w:t>Operator responsibility, not a course login.</w:t>
      </w:r>
      <w:r>
        <w:t xml:space="preserve"> A practice, client relationships and authority assets. You build a position, not just a folder of PDFs.</w:t>
      </w:r>
    </w:p>
    <w:p>
      <w:r>
        <w:t>Adjacent models check one or two of these boxes. Some check none. The Fractional AI Officer model is the only one engineered to check all five.</w:t>
      </w:r>
    </w:p>
    <w:p>
      <w:r>
        <w:t>This is also why the AI Operator should not be confused with the old consultant fantasy. Consultants monetize diagnosis and leave the client holding the implementation risk. Agencies monetize deliverables and leave the client holding the business risk. Software companies monetize access and leave the client holding the adoption risk. The AI Operator sits closer to the money than all three, because the operator's value is tied to running the mechanism itself. That is a harder role. It is also a more durable one.</w:t>
      </w:r>
    </w:p>
    <w:p>
      <w:r>
        <w:t>That's the strategic argument. Test it against actual operating evidence, not the promise of a future report.</w:t>
      </w:r>
    </w:p>
    <w:p>
      <w:pPr>
        <w:pStyle w:val="Heading1"/>
      </w:pPr>
      <w:r>
        <w:t>9. WHAT HAPPENS NEXT</w:t>
      </w:r>
    </w:p>
    <w:p>
      <w:r>
        <w:t>If you've read this far, don't start by buying another tool.</w:t>
      </w:r>
    </w:p>
    <w:p>
      <w:r>
        <w:t>Start by deciding whether you want to be responsible for a business's customer-acquisition system. The work, not just the identity.</w:t>
      </w:r>
    </w:p>
    <w:p>
      <w:r>
        <w:t>Then use the official AI Operators entry point to see the next available step:</w:t>
      </w:r>
    </w:p>
    <w:p>
      <w:pPr>
        <w:pStyle w:val="Heading2"/>
      </w:pPr>
      <w:r>
        <w:t>EXPLORE AI OPERATORS (https://aioperatormanifesto.com/)</w:t>
      </w:r>
    </w:p>
    <w:p>
      <w:r>
        <w:t>Confirm the current presentation or conversation details there. This manifesto doesn't promise a daily session time, a replay window or a seat count that hasn't been verified.</w:t>
      </w:r>
    </w:p>
    <w:p>
      <w:r>
        <w:t>The documented strategy-session pathway uses a $500 booking deposit. Read the current refund, attendance and rescheduling conditions before paying; don't confuse a conditional deposit policy with an unconditional money-back promise.</w:t>
      </w:r>
    </w:p>
    <w:p>
      <w:r>
        <w:t>The Starter and Pro offer describes First Client or Free subject to objective milestones. Leadership describes the ten-qualified-client, 120-day service-delivery commitment. Those are specific written terms, not a promise that every buyer will earn money. Receive the current agreement, reconcile any discrepancy and understand your obligations before enrollment.</w:t>
      </w:r>
    </w:p>
    <w:p>
      <w:r>
        <w:t>No countdown replaces that judgment. No projection replaces evidence. And no tool replaces you.</w:t>
      </w:r>
    </w:p>
    <w:p>
      <w:r>
        <w:t>The invitation is to build a real operating practice. Bring the ambition. Bring the skepticism. Bring the willingness to do the work.</w:t>
      </w:r>
    </w:p>
    <w:p>
      <w:pPr>
        <w:pStyle w:val="Heading2"/>
      </w:pPr>
      <w:r>
        <w:t>Take Action</w:t>
      </w:r>
    </w:p>
    <w:p>
      <w:r>
        <w:t>This is where most people fall off.</w:t>
      </w:r>
    </w:p>
    <w:p>
      <w:r>
        <w:t>They read the manifesto.</w:t>
      </w:r>
    </w:p>
    <w:p>
      <w:r>
        <w:t>They watch the webinar.</w:t>
      </w:r>
    </w:p>
    <w:p>
      <w:r>
        <w:t xml:space="preserve">They think: </w:t>
      </w:r>
      <w:r>
        <w:rPr>
          <w:i/>
        </w:rPr>
        <w:t>"This is great! I'll do this... someday."</w:t>
      </w:r>
      <w:r/>
    </w:p>
    <w:p>
      <w:r>
        <w:t>And "someday" never comes.</w:t>
      </w:r>
    </w:p>
    <w:p>
      <w:r/>
      <w:r>
        <w:rPr>
          <w:b/>
        </w:rPr>
        <w:t>Don't be that person.</w:t>
      </w:r>
      <w:r/>
    </w:p>
    <w:p>
      <w:r/>
      <w:r>
        <w:rPr>
          <w:b/>
        </w:rPr>
        <w:t>Regret is more painful than failure.</w:t>
      </w:r>
      <w:r/>
    </w:p>
    <w:p>
      <w:r>
        <w:t>If you could look yourself in the mirror 5 years from now, what would you want to see?</w:t>
      </w:r>
    </w:p>
    <w:p>
      <w:r>
        <w:t>Still in the same corporate job. Same Zoom meetings. Same VP taking credit. Same Sunday night dread. 5 years older. 5 years of regret.</w:t>
      </w:r>
    </w:p>
    <w:p>
      <w:r/>
      <w:r>
        <w:rPr>
          <w:b/>
        </w:rPr>
        <w:t>Which version of yourself do you want to be?</w:t>
      </w:r>
      <w:r/>
    </w:p>
    <w:p>
      <w:r>
        <w:t>DC Fawcett</w:t>
      </w:r>
    </w:p>
    <w:p>
      <w:r>
        <w:t>Founder, AI Operators</w:t>
      </w:r>
    </w:p>
    <w:p>
      <w:pPr>
        <w:pStyle w:val="Heading1"/>
      </w:pPr>
      <w:r>
        <w:t>10. THE CHOICE, AND THE ONE SENTENCE</w:t>
      </w:r>
    </w:p>
    <w:p>
      <w:r>
        <w:t>Imagine two versions of the same funeral, and the chance to write a different ending.</w:t>
      </w:r>
    </w:p>
    <w:p>
      <w:r/>
      <w:r>
        <w:rPr>
          <w:i/>
        </w:rPr>
        <w:t>The names, company and dialogue in this scene are fictional. This is an imagined future, not a testimonial or a prediction about your family.</w:t>
      </w:r>
      <w:r/>
    </w:p>
    <w:p>
      <w:r>
        <w:t xml:space="preserve">The question is: </w:t>
      </w:r>
      <w:r>
        <w:rPr>
          <w:b/>
        </w:rPr>
        <w:t>what do you want your life to stand for?</w:t>
      </w:r>
      <w:r/>
    </w:p>
    <w:p>
      <w:r/>
      <w:r>
        <w:rPr>
          <w:b/>
        </w:rPr>
        <w:t>VERSION 1: THE PUBLIC EULOGY</w:t>
      </w:r>
      <w:r/>
    </w:p>
    <w:p>
      <w:r/>
      <w:r>
        <w:rPr>
          <w:i/>
        </w:rPr>
        <w:t>[Your funeral. 200 people. Corporate colleagues. Family. Friends.]</w:t>
      </w:r>
      <w:r/>
    </w:p>
    <w:p>
      <w:r>
        <w:t>The priest says:</w:t>
      </w:r>
    </w:p>
    <w:p>
      <w:r/>
      <w:r>
        <w:rPr>
          <w:i/>
        </w:rPr>
        <w:t>"We're gathered here today to remember Mark Thompson. Mark was a dedicated professional who spent over 20 years in corporate marketing. He was a director at TechFlow Solutions, where he was known for his strategic thinking and his ability to manage complex campaigns. Mark is survived by his wife Sarah, and his two children, Emma and Jake. He will be remembered as a hardworking man who provided for his family."</w:t>
      </w:r>
      <w:r/>
    </w:p>
    <w:p>
      <w:r>
        <w:t>Polite applause.</w:t>
      </w:r>
    </w:p>
    <w:p>
      <w:r>
        <w:t>Sarah is crying.</w:t>
      </w:r>
    </w:p>
    <w:p>
      <w:r>
        <w:t>But not because she's sad.</w:t>
      </w:r>
    </w:p>
    <w:p>
      <w:r>
        <w:t>Because she knows the truth.</w:t>
      </w:r>
    </w:p>
    <w:p>
      <w:r>
        <w:t xml:space="preserve">Mark wasn't happy. He was </w:t>
      </w:r>
      <w:r>
        <w:rPr>
          <w:b/>
        </w:rPr>
        <w:t>surviving</w:t>
      </w:r>
      <w:r>
        <w:t>.</w:t>
      </w:r>
    </w:p>
    <w:p>
      <w:r>
        <w:t>And now he's gone. And he never did the thing he always talked about.</w:t>
      </w:r>
    </w:p>
    <w:p>
      <w:r/>
      <w:r>
        <w:rPr>
          <w:b/>
        </w:rPr>
        <w:t>VERSION 2: THE PRIVATE WHISPER</w:t>
      </w:r>
      <w:r/>
    </w:p>
    <w:p>
      <w:r/>
      <w:r>
        <w:rPr>
          <w:i/>
        </w:rPr>
        <w:t>[After the funeral. Reception. Open bar. Colleagues talking quietly in the corner.]</w:t>
      </w:r>
      <w:r/>
    </w:p>
    <w:p>
      <w:r/>
      <w:r>
        <w:rPr>
          <w:b/>
        </w:rPr>
        <w:t>Colleague 1:</w:t>
      </w:r>
      <w:r>
        <w:t xml:space="preserve"> "Such a shame. Mark was talented, you know. Really talented."</w:t>
      </w:r>
    </w:p>
    <w:p>
      <w:r/>
      <w:r>
        <w:rPr>
          <w:b/>
        </w:rPr>
        <w:t>Colleague 2:</w:t>
      </w:r>
      <w:r>
        <w:t xml:space="preserve"> "Yeah. Remember he used to talk about starting his own thing?"</w:t>
      </w:r>
    </w:p>
    <w:p>
      <w:r/>
      <w:r>
        <w:rPr>
          <w:b/>
        </w:rPr>
        <w:t>Colleague 1:</w:t>
      </w:r>
      <w:r>
        <w:t xml:space="preserve"> "All the time. He had notebooks full of ideas. But he never pulled the trigger."</w:t>
      </w:r>
    </w:p>
    <w:p>
      <w:r/>
      <w:r>
        <w:rPr>
          <w:b/>
        </w:rPr>
        <w:t>Colleague 2:</w:t>
      </w:r>
      <w:r>
        <w:t xml:space="preserve"> "Why not?"</w:t>
      </w:r>
    </w:p>
    <w:p>
      <w:r/>
      <w:r>
        <w:rPr>
          <w:b/>
        </w:rPr>
        <w:t>Colleague 1:</w:t>
      </w:r>
      <w:r>
        <w:t xml:space="preserve"> "Scared, I guess. Mortgage. Kids. You know how it is."</w:t>
      </w:r>
    </w:p>
    <w:p>
      <w:r/>
      <w:r>
        <w:rPr>
          <w:b/>
        </w:rPr>
        <w:t>Colleague 2:</w:t>
      </w:r>
      <w:r>
        <w:t xml:space="preserve"> "Yeah. But still... he could've been something."</w:t>
      </w:r>
    </w:p>
    <w:p>
      <w:r/>
      <w:r>
        <w:rPr>
          <w:b/>
        </w:rPr>
        <w:t>Colleague 1:</w:t>
      </w:r>
      <w:r>
        <w:t xml:space="preserve"> "Could've. But wasn't."</w:t>
      </w:r>
    </w:p>
    <w:p>
      <w:r>
        <w:t>They sip their drinks.</w:t>
      </w:r>
    </w:p>
    <w:p>
      <w:r>
        <w:t>And they go back to their own lives.</w:t>
      </w:r>
    </w:p>
    <w:p>
      <w:r>
        <w:t>And in 5 years, nobody remembers Mark at all.</w:t>
      </w:r>
    </w:p>
    <w:p>
      <w:r/>
      <w:r>
        <w:rPr>
          <w:b/>
        </w:rPr>
        <w:t>WHICH FUNERAL DO YOU WANT?</w:t>
      </w:r>
      <w:r/>
    </w:p>
    <w:p>
      <w:r>
        <w:t>Because here's the truth:</w:t>
      </w:r>
    </w:p>
    <w:p>
      <w:r>
        <w:t xml:space="preserve">You're writing your eulogy </w:t>
      </w:r>
      <w:r>
        <w:rPr>
          <w:b/>
        </w:rPr>
        <w:t>right now</w:t>
      </w:r>
      <w:r>
        <w:t>.</w:t>
      </w:r>
    </w:p>
    <w:p>
      <w:r>
        <w:t>Every day you stay in a job you hate, you're writing VERSION 1.</w:t>
      </w:r>
    </w:p>
    <w:p>
      <w:r>
        <w:t>Every day you don't take action, you're writing VERSION 2.</w:t>
      </w:r>
    </w:p>
    <w:p>
      <w:r/>
      <w:r>
        <w:rPr>
          <w:b/>
        </w:rPr>
        <w:t>Or...</w:t>
      </w:r>
      <w:r/>
    </w:p>
    <w:p>
      <w:r>
        <w:t>You can write a different eulogy.</w:t>
      </w:r>
    </w:p>
    <w:p>
      <w:r/>
      <w:r>
        <w:rPr>
          <w:b/>
        </w:rPr>
        <w:t>Which eulogy do you want?</w:t>
      </w:r>
      <w:r/>
    </w:p>
    <w:p>
      <w:r>
        <w:t>Here is the truth most people are trying not to say out loud.</w:t>
      </w:r>
    </w:p>
    <w:p>
      <w:r>
        <w:t>The market has already changed. The only question is whether your identity will change with it.</w:t>
      </w:r>
    </w:p>
    <w:p>
      <w:r>
        <w:t>You can remain labor inside someone else's system. You can remain the director waiting for budget approval. The VP defending a shrinking org. The agency owner protecting a margin model AI is already eating. The consultant selling diagnosis while software eats implementation. The expert whose status was built in a world where information moved slower and execution was scarcer.</w:t>
      </w:r>
    </w:p>
    <w:p>
      <w:r>
        <w:t>Or you can make the transfer.</w:t>
      </w:r>
    </w:p>
    <w:p>
      <w:r>
        <w:t>From employee to operator. From function to leverage. From selling pieces to commanding systems. From being measured by effort to being measured by outcome.</w:t>
      </w:r>
    </w:p>
    <w:p>
      <w:r>
        <w:t>This is not rebellion for its own sake. It is adaptation with upside. It is status migration. It is the return of the commercial operator.</w:t>
      </w:r>
    </w:p>
    <w:p>
      <w:r>
        <w:t>That transfer is not psychological first. It is economic first.</w:t>
      </w:r>
    </w:p>
    <w:p>
      <w:r>
        <w:t>Do not frame this as quitting your job to chase a trend.</w:t>
      </w:r>
    </w:p>
    <w:p>
      <w:r>
        <w:t>Frame it correctly.</w:t>
      </w:r>
    </w:p>
    <w:p>
      <w:r>
        <w:t>This is acquiring leverage before the repricing reaches your title. This is becoming the person companies need when the old org chart no longer matches the new economics.</w:t>
      </w:r>
    </w:p>
    <w:p>
      <w:r>
        <w:t>And if you want the most honest sentence in this entire manifesto, here it is:</w:t>
      </w:r>
    </w:p>
    <w:p>
      <w:r>
        <w:t>AI will not save mediocre operators. It will expose them.</w:t>
      </w:r>
    </w:p>
    <w:p>
      <w:r>
        <w:t>But for the people who can think, sell, decide, direct, and stay accountable, it will be the greatest leverage event of their working lives.</w:t>
      </w:r>
    </w:p>
    <w:p>
      <w:r>
        <w:t>I want to be direct about what this requires. It requires commercial judgment. It requires the ability to sell. It requires niche selection, client management, and the willingness to be accountable for outcomes, not activity. It requires the discipline to learn a system and the patience to let the compounding work. This is not passive income. It is not one-click automation. It is not a replacement for business acumen. It is a force multiplier for the people who already have it.</w:t>
      </w:r>
    </w:p>
    <w:p>
      <w:r>
        <w:t>Operate the systems, or remain labor inside them.</w:t>
      </w:r>
    </w:p>
    <w:p>
      <w:r>
        <w:t>That is the choice.</w:t>
      </w:r>
    </w:p>
    <w:p>
      <w:r>
        <w:t>The crown is on the ground. The question is whether you pick it up, or watch someone else do it.</w:t>
      </w:r>
    </w:p>
    <w:p>
      <w:r>
        <w:t>If you write down only one thing from this manifesto, write down this:</w:t>
      </w:r>
    </w:p>
    <w:p>
      <w:r>
        <w:t xml:space="preserve">&gt; </w:t>
      </w:r>
      <w:r>
        <w:rPr>
          <w:b/>
        </w:rPr>
        <w:t>AI commoditizes tools. Operating someone else's customer-acquisition system is a position no commodity can take.</w:t>
      </w:r>
      <w:r/>
    </w:p>
    <w:p>
      <w:r>
        <w:t>That's the manifesto.</w:t>
      </w:r>
    </w:p>
    <w:p>
      <w:r>
        <w:t>Everything else is the operating system that defends it.</w:t>
      </w:r>
    </w:p>
    <w:p>
      <w:pPr>
        <w:pStyle w:val="Heading1"/>
      </w:pPr>
      <w:r>
        <w:t>APPENDIX A. CAPACITY AND EVIDENCE</w:t>
      </w:r>
    </w:p>
    <w:p>
      <w:r>
        <w:t>Onboarding should be limited by the company's ability to deliver, not inflated to make a launch look bigger. The current intake plan and available places must be confirmed at the actual point of enrollment. This document makes no numerical scarcity claim.</w:t>
      </w:r>
    </w:p>
    <w:p>
      <w:r>
        <w:t>Operator outcomes need dated evidence and permission before they become case studies. The proposed Operator Index is a measurement plan, not an existing earnings record. Founder history, hypothetical economics and operator results are different kinds of evidence. None substitutes for another.</w:t>
      </w:r>
    </w:p>
    <w:p>
      <w:pPr>
        <w:pStyle w:val="Heading1"/>
      </w:pPr>
      <w:r>
        <w:t>APPENDIX B. WHAT AIO WILL NEVER BECOME</w:t>
      </w:r>
    </w:p>
    <w:p>
      <w:r>
        <w:t xml:space="preserve">1. </w:t>
      </w:r>
      <w:r>
        <w:rPr>
          <w:b/>
        </w:rPr>
        <w:t>We will never excuse misconduct because somebody produces revenue.</w:t>
      </w:r>
      <w:r>
        <w:t xml:space="preserve"> The same conduct standard should apply across tiers.</w:t>
      </w:r>
    </w:p>
    <w:p>
      <w:r>
        <w:t xml:space="preserve">2. </w:t>
      </w:r>
      <w:r>
        <w:rPr>
          <w:b/>
        </w:rPr>
        <w:t>We will never use cold-DM recruiting tactics.</w:t>
      </w:r>
      <w:r>
        <w:t xml:space="preserve"> Outbound is centrally compliance-reviewed.</w:t>
      </w:r>
    </w:p>
    <w:p>
      <w:r>
        <w:t xml:space="preserve">3. </w:t>
      </w:r>
      <w:r>
        <w:rPr>
          <w:b/>
        </w:rPr>
        <w:t>We will never use cult-coded language.</w:t>
      </w:r>
      <w:r>
        <w:t xml:space="preserve"> Operators are credentialed professionals, not true believers. Bring your skepticism. We will rewrite anything that does not hold up.</w:t>
      </w:r>
    </w:p>
    <w:p>
      <w:r>
        <w:t xml:space="preserve">4. </w:t>
      </w:r>
      <w:r>
        <w:rPr>
          <w:b/>
        </w:rPr>
        <w:t>We will not sell growth faster than we can responsibly deliver it.</w:t>
      </w:r>
      <w:r>
        <w:t xml:space="preserve"> Verify capacity before accepting the obligation.</w:t>
      </w:r>
    </w:p>
    <w:p>
      <w:r>
        <w:t xml:space="preserve">5. </w:t>
      </w:r>
      <w:r>
        <w:rPr>
          <w:b/>
        </w:rPr>
        <w:t>We will never model after the failures we have studied.</w:t>
      </w:r>
      <w:r/>
    </w:p>
    <w:p>
      <w:pPr>
        <w:pStyle w:val="Heading1"/>
      </w:pPr>
      <w:r>
        <w:t>APPENDIX C. QUESTIONS A SERIOUS OPERATOR SHOULD ASK</w:t>
      </w:r>
    </w:p>
    <w:p>
      <w:r>
        <w:t>These are editorial questions that clarify the offer. They are not represented as quotations from customers or a completed research study.</w:t>
      </w:r>
    </w:p>
    <w:p>
      <w:r/>
      <w:r>
        <w:rPr>
          <w:b/>
        </w:rPr>
        <w:t>Is this another AI course?</w:t>
      </w:r>
      <w:r/>
    </w:p>
    <w:p>
      <w:r>
        <w:t>The licensing offer is meant for operating a client-acquisition practice, not merely learning about AI. Foundation is certification only. Know which you're buying.</w:t>
      </w:r>
    </w:p>
    <w:p>
      <w:r/>
      <w:r>
        <w:rPr>
          <w:b/>
        </w:rPr>
        <w:t>Can I keep consulting or running my agency?</w:t>
      </w:r>
      <w:r/>
    </w:p>
    <w:p>
      <w:r>
        <w:t>Yes. You don't have to declare your existing business dead to understand the argument. The question is whether you can move more of your value from recommendations and deliverables toward operating the system that produces them.</w:t>
      </w:r>
    </w:p>
    <w:p>
      <w:r/>
      <w:r>
        <w:rPr>
          <w:b/>
        </w:rPr>
        <w:t>What does an operator actually earn?</w:t>
      </w:r>
      <w:r/>
    </w:p>
    <w:p>
      <w:r>
        <w:t>This document does not establish a typical result. The illustrated day is hypothetical. Ask for the current operator dataset, its sample size, costs and range. Founder revenue is not licensee income.</w:t>
      </w:r>
    </w:p>
    <w:p>
      <w:r/>
      <w:r>
        <w:rPr>
          <w:b/>
        </w:rPr>
        <w:t>Is the book included at Pro or Elite?</w:t>
      </w:r>
      <w:r/>
    </w:p>
    <w:p>
      <w:r>
        <w:t>The documented offer includes the paperback and Kindle book at Pro. Higher tiers add specified services. Confirm the current deliverables and rights in your agreement.</w:t>
      </w:r>
    </w:p>
    <w:p>
      <w:r/>
      <w:r>
        <w:rPr>
          <w:b/>
        </w:rPr>
        <w:t>What if I can't sell?</w:t>
      </w:r>
      <w:r/>
    </w:p>
    <w:p>
      <w:r>
        <w:t>Then address that honestly before committing. Tools and assistance can support a sales conversation; they do not remove your responsibility to understand a client's business or build trust.</w:t>
      </w:r>
    </w:p>
    <w:p>
      <w:r/>
      <w:r>
        <w:rPr>
          <w:b/>
        </w:rPr>
        <w:t>What happens if the tools change?</w:t>
      </w:r>
      <w:r/>
    </w:p>
    <w:p>
      <w:r>
        <w:t>Maintenance and adaptation are part of operating the system. Ask who owns them, what the support commitment covers and how incidents are handled. Don't assume a named integration means automatic protection against every vendor change.</w:t>
      </w:r>
    </w:p>
    <w:p>
      <w:r/>
      <w:r>
        <w:rPr>
          <w:b/>
        </w:rPr>
        <w:t>Can clients take their data if they leave?</w:t>
      </w:r>
      <w:r/>
    </w:p>
    <w:p>
      <w:r>
        <w:t>Access, export and transition rights should be stated clearly in the client agreement. Retention should come from value, not preventing a customer from retrieving their information.</w:t>
      </w:r>
    </w:p>
    <w:p>
      <w:r/>
      <w:r>
        <w:rPr>
          <w:b/>
        </w:rPr>
        <w:t>Is this legally a franchise or a business opportunity?</w:t>
      </w:r>
      <w:r/>
    </w:p>
    <w:p>
      <w:r>
        <w:t>Calling a program a license doesn't settle its legal classification. The actual arrangement and applicable jurisdiction matter. Review the agreement and any required disclosures with qualified advice before enrolling. This manifesto does not certify legal clearance for a state.</w:t>
      </w:r>
    </w:p>
    <w:p>
      <w:r/>
      <w:r>
        <w:rPr>
          <w:b/>
        </w:rPr>
        <w:t>Are there guarantees?</w:t>
      </w:r>
      <w:r/>
    </w:p>
    <w:p>
      <w:r>
        <w:t>The offer describes specific service and milestone-based commitments. They are not income guarantees. Read the actual eligibility conditions, exclusions, cooperation requirements, remedies and refund process before paying.</w:t>
      </w:r>
    </w:p>
    <w:p>
      <w:r/>
      <w:r>
        <w:rPr>
          <w:b/>
        </w:rPr>
        <w:t>What are the total costs?</w:t>
      </w:r>
      <w:r/>
    </w:p>
    <w:p>
      <w:r>
        <w:t>The headline tier price is not necessarily your entire operating cost. Review platform charges, advertising, third-party services and your own delivery expenses in the current itemized offer.</w:t>
      </w:r>
    </w:p>
    <w:p>
      <w:r/>
      <w:r>
        <w:rPr>
          <w:b/>
        </w:rPr>
        <w:t>Should I wait for case studies?</w:t>
      </w:r>
      <w:r/>
    </w:p>
    <w:p>
      <w:r>
        <w:t>If verified operator outcomes are necessary for your decision, ask for them. Don't treat a hypothetical model or a founder's historical results as a substitute. There is no honest reason to invent a closing countdown to answer that question.</w:t>
      </w:r>
    </w:p>
    <w:p>
      <w:r/>
      <w:r>
        <w:rPr>
          <w:b/>
        </w:rPr>
        <w:t>What's the next step?</w:t>
      </w:r>
      <w:r/>
    </w:p>
    <w:p>
      <w:r>
        <w:t>Use [the official AI Operators entry point](https://aioperatormanifesto.com/) to confirm the next available presentation or conversation. Ask clear questions. Read the actual offer. Decide based on the work and evidence, not a room full of applause.</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0172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0172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0172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AI Operators Manifesto</dc:title>
  <dc:subject>Version 6.1, October 2026</dc:subject>
  <dc:creator>DC Fawcett</dc:creator>
  <cp:keywords/>
  <dc:description>Editorial stewardship: ARA. Public claims are bounded in the text. Publication is a separate destination-verification state.</dc:description>
  <cp:lastModifiedBy/>
  <cp:revision>1</cp:revision>
  <dcterms:created xsi:type="dcterms:W3CDTF">2013-12-23T23:15:00Z</dcterms:created>
  <dcterms:modified xsi:type="dcterms:W3CDTF">2013-12-23T23:15:00Z</dcterms:modified>
  <cp:category/>
</cp:coreProperties>
</file>